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6757" w14:textId="77777777" w:rsidR="008B550B" w:rsidRDefault="007539E0">
      <w:pPr>
        <w:spacing w:after="80"/>
        <w:jc w:val="center"/>
      </w:pPr>
      <w:r>
        <w:rPr>
          <w:b/>
          <w:color w:val="B00000"/>
          <w:sz w:val="44"/>
        </w:rPr>
        <w:t>THIÊN AN TOOLS</w:t>
      </w:r>
    </w:p>
    <w:p w14:paraId="1ED47BA0" w14:textId="77777777" w:rsidR="008B550B" w:rsidRDefault="007539E0">
      <w:pPr>
        <w:jc w:val="center"/>
      </w:pPr>
      <w:r>
        <w:rPr>
          <w:b/>
          <w:color w:val="B00000"/>
          <w:sz w:val="56"/>
        </w:rPr>
        <w:t>KÍCH TH</w:t>
      </w:r>
      <w:r>
        <w:rPr>
          <w:b/>
          <w:color w:val="B00000"/>
          <w:sz w:val="56"/>
        </w:rPr>
        <w:t>Ủ</w:t>
      </w:r>
      <w:r>
        <w:rPr>
          <w:b/>
          <w:color w:val="B00000"/>
          <w:sz w:val="56"/>
        </w:rPr>
        <w:t>Y L</w:t>
      </w:r>
      <w:r>
        <w:rPr>
          <w:b/>
          <w:color w:val="B00000"/>
          <w:sz w:val="56"/>
        </w:rPr>
        <w:t>Ự</w:t>
      </w:r>
      <w:r>
        <w:rPr>
          <w:b/>
          <w:color w:val="B00000"/>
          <w:sz w:val="56"/>
        </w:rPr>
        <w:t>C 1 CHI</w:t>
      </w:r>
      <w:r>
        <w:rPr>
          <w:b/>
          <w:color w:val="B00000"/>
          <w:sz w:val="56"/>
        </w:rPr>
        <w:t>Ề</w:t>
      </w:r>
      <w:r>
        <w:rPr>
          <w:b/>
          <w:color w:val="B00000"/>
          <w:sz w:val="56"/>
        </w:rPr>
        <w:t>U</w:t>
      </w:r>
    </w:p>
    <w:p w14:paraId="5897612C" w14:textId="77777777" w:rsidR="008B550B" w:rsidRDefault="007539E0">
      <w:pPr>
        <w:spacing w:after="60"/>
        <w:jc w:val="center"/>
      </w:pPr>
      <w:r>
        <w:rPr>
          <w:noProof/>
        </w:rPr>
        <w:drawing>
          <wp:inline distT="0" distB="0" distL="0" distR="0" wp14:anchorId="44DCA7CF" wp14:editId="601E8FBB">
            <wp:extent cx="5212080" cy="5212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_kich_thuy_luc_1_chieu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A9BA" w14:textId="77777777" w:rsidR="008B550B" w:rsidRDefault="007539E0">
      <w:pPr>
        <w:spacing w:after="160"/>
        <w:jc w:val="center"/>
      </w:pPr>
      <w:r>
        <w:rPr>
          <w:color w:val="666666"/>
          <w:sz w:val="18"/>
        </w:rPr>
        <w:t>Ả</w:t>
      </w:r>
      <w:r>
        <w:rPr>
          <w:color w:val="666666"/>
          <w:sz w:val="18"/>
        </w:rPr>
        <w:t>nh đ</w:t>
      </w:r>
      <w:r>
        <w:rPr>
          <w:color w:val="666666"/>
          <w:sz w:val="18"/>
        </w:rPr>
        <w:t>ạ</w:t>
      </w:r>
      <w:r>
        <w:rPr>
          <w:color w:val="666666"/>
          <w:sz w:val="18"/>
        </w:rPr>
        <w:t>i di</w:t>
      </w:r>
      <w:r>
        <w:rPr>
          <w:color w:val="666666"/>
          <w:sz w:val="18"/>
        </w:rPr>
        <w:t>ệ</w:t>
      </w:r>
      <w:r>
        <w:rPr>
          <w:color w:val="666666"/>
          <w:sz w:val="18"/>
        </w:rPr>
        <w:t>n bài vi</w:t>
      </w:r>
      <w:r>
        <w:rPr>
          <w:color w:val="666666"/>
          <w:sz w:val="18"/>
        </w:rPr>
        <w:t>ế</w:t>
      </w:r>
      <w:r>
        <w:rPr>
          <w:color w:val="666666"/>
          <w:sz w:val="18"/>
        </w:rPr>
        <w:t>t: Kích th</w:t>
      </w:r>
      <w:r>
        <w:rPr>
          <w:color w:val="666666"/>
          <w:sz w:val="18"/>
        </w:rPr>
        <w:t>ủ</w:t>
      </w:r>
      <w:r>
        <w:rPr>
          <w:color w:val="666666"/>
          <w:sz w:val="18"/>
        </w:rPr>
        <w:t>y l</w:t>
      </w:r>
      <w:r>
        <w:rPr>
          <w:color w:val="666666"/>
          <w:sz w:val="18"/>
        </w:rPr>
        <w:t>ự</w:t>
      </w:r>
      <w:r>
        <w:rPr>
          <w:color w:val="666666"/>
          <w:sz w:val="18"/>
        </w:rPr>
        <w:t>c 1 chi</w:t>
      </w:r>
      <w:r>
        <w:rPr>
          <w:color w:val="666666"/>
          <w:sz w:val="18"/>
        </w:rPr>
        <w:t>ề</w:t>
      </w:r>
      <w:r>
        <w:rPr>
          <w:color w:val="666666"/>
          <w:sz w:val="18"/>
        </w:rPr>
        <w:t>u</w:t>
      </w:r>
    </w:p>
    <w:p w14:paraId="3EBC2FEF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t>M</w:t>
      </w:r>
      <w:r>
        <w:rPr>
          <w:rFonts w:ascii="Arial" w:eastAsia="Arial" w:hAnsi="Arial"/>
          <w:color w:val="B00000"/>
          <w:sz w:val="36"/>
        </w:rPr>
        <w:t>ụ</w:t>
      </w:r>
      <w:r>
        <w:rPr>
          <w:rFonts w:ascii="Arial" w:eastAsia="Arial" w:hAnsi="Arial"/>
          <w:color w:val="B00000"/>
          <w:sz w:val="36"/>
        </w:rPr>
        <w:t>c l</w:t>
      </w:r>
      <w:r>
        <w:rPr>
          <w:rFonts w:ascii="Arial" w:eastAsia="Arial" w:hAnsi="Arial"/>
          <w:color w:val="B00000"/>
          <w:sz w:val="36"/>
        </w:rPr>
        <w:t>ụ</w:t>
      </w:r>
      <w:r>
        <w:rPr>
          <w:rFonts w:ascii="Arial" w:eastAsia="Arial" w:hAnsi="Arial"/>
          <w:color w:val="B00000"/>
          <w:sz w:val="36"/>
        </w:rPr>
        <w:t>c tài li</w:t>
      </w:r>
      <w:r>
        <w:rPr>
          <w:rFonts w:ascii="Arial" w:eastAsia="Arial" w:hAnsi="Arial"/>
          <w:color w:val="B00000"/>
          <w:sz w:val="36"/>
        </w:rPr>
        <w:t>ệ</w:t>
      </w:r>
      <w:r>
        <w:rPr>
          <w:rFonts w:ascii="Arial" w:eastAsia="Arial" w:hAnsi="Arial"/>
          <w:color w:val="B00000"/>
          <w:sz w:val="36"/>
        </w:rPr>
        <w:t>u</w:t>
      </w:r>
    </w:p>
    <w:p w14:paraId="5487B8DE" w14:textId="77777777" w:rsidR="008B550B" w:rsidRDefault="007539E0">
      <w:pPr>
        <w:pStyle w:val="ListNumber"/>
        <w:spacing w:after="60"/>
      </w:pPr>
      <w:r>
        <w:rPr>
          <w:sz w:val="21"/>
        </w:rPr>
        <w:t>Gi</w:t>
      </w:r>
      <w:r>
        <w:rPr>
          <w:sz w:val="21"/>
        </w:rPr>
        <w:t>ớ</w:t>
      </w:r>
      <w:r>
        <w:rPr>
          <w:sz w:val="21"/>
        </w:rPr>
        <w:t>i thi</w:t>
      </w:r>
      <w:r>
        <w:rPr>
          <w:sz w:val="21"/>
        </w:rPr>
        <w:t>ệ</w:t>
      </w:r>
      <w:r>
        <w:rPr>
          <w:sz w:val="21"/>
        </w:rPr>
        <w:t>u v</w:t>
      </w:r>
      <w:r>
        <w:rPr>
          <w:sz w:val="21"/>
        </w:rPr>
        <w:t>ề</w:t>
      </w:r>
      <w:r>
        <w:rPr>
          <w:sz w:val="21"/>
        </w:rPr>
        <w:t xml:space="preserve"> kích </w:t>
      </w:r>
      <w:r>
        <w:rPr>
          <w:sz w:val="21"/>
        </w:rPr>
        <w:t>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 1 chi</w:t>
      </w:r>
      <w:r>
        <w:rPr>
          <w:sz w:val="21"/>
        </w:rPr>
        <w:t>ề</w:t>
      </w:r>
      <w:r>
        <w:rPr>
          <w:sz w:val="21"/>
        </w:rPr>
        <w:t>u</w:t>
      </w:r>
    </w:p>
    <w:p w14:paraId="75CBFCB4" w14:textId="77777777" w:rsidR="008B550B" w:rsidRDefault="007539E0">
      <w:pPr>
        <w:pStyle w:val="ListNumber"/>
        <w:spacing w:after="60"/>
      </w:pPr>
      <w:r>
        <w:rPr>
          <w:sz w:val="21"/>
        </w:rPr>
        <w:t>Nguyên lý ho</w:t>
      </w:r>
      <w:r>
        <w:rPr>
          <w:sz w:val="21"/>
        </w:rPr>
        <w:t>ạ</w:t>
      </w:r>
      <w:r>
        <w:rPr>
          <w:sz w:val="21"/>
        </w:rPr>
        <w:t>t đ</w:t>
      </w:r>
      <w:r>
        <w:rPr>
          <w:sz w:val="21"/>
        </w:rPr>
        <w:t>ộ</w:t>
      </w:r>
      <w:r>
        <w:rPr>
          <w:sz w:val="21"/>
        </w:rPr>
        <w:t>ng</w:t>
      </w:r>
    </w:p>
    <w:p w14:paraId="2DAA8059" w14:textId="77777777" w:rsidR="008B550B" w:rsidRDefault="007539E0">
      <w:pPr>
        <w:pStyle w:val="ListNumber"/>
        <w:spacing w:after="60"/>
      </w:pPr>
      <w:r>
        <w:rPr>
          <w:sz w:val="21"/>
        </w:rPr>
        <w:t>C</w:t>
      </w:r>
      <w:r>
        <w:rPr>
          <w:sz w:val="21"/>
        </w:rPr>
        <w:t>ấ</w:t>
      </w:r>
      <w:r>
        <w:rPr>
          <w:sz w:val="21"/>
        </w:rPr>
        <w:t>u t</w:t>
      </w:r>
      <w:r>
        <w:rPr>
          <w:sz w:val="21"/>
        </w:rPr>
        <w:t>ạ</w:t>
      </w:r>
      <w:r>
        <w:rPr>
          <w:sz w:val="21"/>
        </w:rPr>
        <w:t>o kích 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 1 chi</w:t>
      </w:r>
      <w:r>
        <w:rPr>
          <w:sz w:val="21"/>
        </w:rPr>
        <w:t>ề</w:t>
      </w:r>
      <w:r>
        <w:rPr>
          <w:sz w:val="21"/>
        </w:rPr>
        <w:t>u</w:t>
      </w:r>
    </w:p>
    <w:p w14:paraId="010AB306" w14:textId="77777777" w:rsidR="008B550B" w:rsidRDefault="007539E0">
      <w:pPr>
        <w:pStyle w:val="ListNumber"/>
        <w:spacing w:after="60"/>
      </w:pPr>
      <w:r>
        <w:rPr>
          <w:sz w:val="21"/>
        </w:rPr>
        <w:t>Đ</w:t>
      </w:r>
      <w:r>
        <w:rPr>
          <w:sz w:val="21"/>
        </w:rPr>
        <w:t>ặ</w:t>
      </w:r>
      <w:r>
        <w:rPr>
          <w:sz w:val="21"/>
        </w:rPr>
        <w:t>c đi</w:t>
      </w:r>
      <w:r>
        <w:rPr>
          <w:sz w:val="21"/>
        </w:rPr>
        <w:t>ể</w:t>
      </w:r>
      <w:r>
        <w:rPr>
          <w:sz w:val="21"/>
        </w:rPr>
        <w:t>m n</w:t>
      </w:r>
      <w:r>
        <w:rPr>
          <w:sz w:val="21"/>
        </w:rPr>
        <w:t>ổ</w:t>
      </w:r>
      <w:r>
        <w:rPr>
          <w:sz w:val="21"/>
        </w:rPr>
        <w:t>i b</w:t>
      </w:r>
      <w:r>
        <w:rPr>
          <w:sz w:val="21"/>
        </w:rPr>
        <w:t>ậ</w:t>
      </w:r>
      <w:r>
        <w:rPr>
          <w:sz w:val="21"/>
        </w:rPr>
        <w:t xml:space="preserve">t và </w:t>
      </w:r>
      <w:r>
        <w:rPr>
          <w:sz w:val="21"/>
        </w:rPr>
        <w:t>ứ</w:t>
      </w:r>
      <w:r>
        <w:rPr>
          <w:sz w:val="21"/>
        </w:rPr>
        <w:t>ng d</w:t>
      </w:r>
      <w:r>
        <w:rPr>
          <w:sz w:val="21"/>
        </w:rPr>
        <w:t>ụ</w:t>
      </w:r>
      <w:r>
        <w:rPr>
          <w:sz w:val="21"/>
        </w:rPr>
        <w:t>ng</w:t>
      </w:r>
    </w:p>
    <w:p w14:paraId="128294BF" w14:textId="77777777" w:rsidR="008B550B" w:rsidRDefault="007539E0">
      <w:pPr>
        <w:pStyle w:val="ListNumber"/>
        <w:spacing w:after="60"/>
      </w:pPr>
      <w:r>
        <w:rPr>
          <w:sz w:val="21"/>
        </w:rPr>
        <w:t>Cách s</w:t>
      </w:r>
      <w:r>
        <w:rPr>
          <w:sz w:val="21"/>
        </w:rPr>
        <w:t>ử</w:t>
      </w:r>
      <w:r>
        <w:rPr>
          <w:sz w:val="21"/>
        </w:rPr>
        <w:t xml:space="preserve"> d</w:t>
      </w:r>
      <w:r>
        <w:rPr>
          <w:sz w:val="21"/>
        </w:rPr>
        <w:t>ụ</w:t>
      </w:r>
      <w:r>
        <w:rPr>
          <w:sz w:val="21"/>
        </w:rPr>
        <w:t>ng an toàn</w:t>
      </w:r>
    </w:p>
    <w:p w14:paraId="36911345" w14:textId="77777777" w:rsidR="008B550B" w:rsidRDefault="007539E0">
      <w:pPr>
        <w:pStyle w:val="ListNumber"/>
        <w:spacing w:after="60"/>
      </w:pPr>
      <w:r>
        <w:rPr>
          <w:sz w:val="21"/>
        </w:rPr>
        <w:t>B</w:t>
      </w:r>
      <w:r>
        <w:rPr>
          <w:sz w:val="21"/>
        </w:rPr>
        <w:t>ả</w:t>
      </w:r>
      <w:r>
        <w:rPr>
          <w:sz w:val="21"/>
        </w:rPr>
        <w:t>o trì và b</w:t>
      </w:r>
      <w:r>
        <w:rPr>
          <w:sz w:val="21"/>
        </w:rPr>
        <w:t>ả</w:t>
      </w:r>
      <w:r>
        <w:rPr>
          <w:sz w:val="21"/>
        </w:rPr>
        <w:t>o qu</w:t>
      </w:r>
      <w:r>
        <w:rPr>
          <w:sz w:val="21"/>
        </w:rPr>
        <w:t>ả</w:t>
      </w:r>
      <w:r>
        <w:rPr>
          <w:sz w:val="21"/>
        </w:rPr>
        <w:t>n</w:t>
      </w:r>
    </w:p>
    <w:p w14:paraId="769CFFAA" w14:textId="77777777" w:rsidR="008B550B" w:rsidRDefault="007539E0">
      <w:pPr>
        <w:pStyle w:val="ListNumber"/>
        <w:spacing w:after="60"/>
      </w:pPr>
      <w:r>
        <w:rPr>
          <w:sz w:val="21"/>
        </w:rPr>
        <w:t>Các thương hi</w:t>
      </w:r>
      <w:r>
        <w:rPr>
          <w:sz w:val="21"/>
        </w:rPr>
        <w:t>ệ</w:t>
      </w:r>
      <w:r>
        <w:rPr>
          <w:sz w:val="21"/>
        </w:rPr>
        <w:t>u ph</w:t>
      </w:r>
      <w:r>
        <w:rPr>
          <w:sz w:val="21"/>
        </w:rPr>
        <w:t>ổ</w:t>
      </w:r>
      <w:r>
        <w:rPr>
          <w:sz w:val="21"/>
        </w:rPr>
        <w:t xml:space="preserve"> bi</w:t>
      </w:r>
      <w:r>
        <w:rPr>
          <w:sz w:val="21"/>
        </w:rPr>
        <w:t>ế</w:t>
      </w:r>
      <w:r>
        <w:rPr>
          <w:sz w:val="21"/>
        </w:rPr>
        <w:t>n hi</w:t>
      </w:r>
      <w:r>
        <w:rPr>
          <w:sz w:val="21"/>
        </w:rPr>
        <w:t>ệ</w:t>
      </w:r>
      <w:r>
        <w:rPr>
          <w:sz w:val="21"/>
        </w:rPr>
        <w:t>n nay</w:t>
      </w:r>
    </w:p>
    <w:p w14:paraId="00090AC2" w14:textId="77777777" w:rsidR="008B550B" w:rsidRDefault="007539E0">
      <w:pPr>
        <w:pStyle w:val="ListNumber"/>
        <w:spacing w:after="60"/>
      </w:pPr>
      <w:r>
        <w:rPr>
          <w:sz w:val="21"/>
        </w:rPr>
        <w:t>G</w:t>
      </w:r>
      <w:r>
        <w:rPr>
          <w:sz w:val="21"/>
        </w:rPr>
        <w:t>ợ</w:t>
      </w:r>
      <w:r>
        <w:rPr>
          <w:sz w:val="21"/>
        </w:rPr>
        <w:t>i ý n</w:t>
      </w:r>
      <w:r>
        <w:rPr>
          <w:sz w:val="21"/>
        </w:rPr>
        <w:t>ộ</w:t>
      </w:r>
      <w:r>
        <w:rPr>
          <w:sz w:val="21"/>
        </w:rPr>
        <w:t>i dung SEO đăng website</w:t>
      </w:r>
    </w:p>
    <w:p w14:paraId="75EE5A76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lastRenderedPageBreak/>
        <w:t>1. Gi</w:t>
      </w:r>
      <w:r>
        <w:rPr>
          <w:rFonts w:ascii="Arial" w:eastAsia="Arial" w:hAnsi="Arial"/>
          <w:color w:val="B00000"/>
          <w:sz w:val="36"/>
        </w:rPr>
        <w:t>ớ</w:t>
      </w:r>
      <w:r>
        <w:rPr>
          <w:rFonts w:ascii="Arial" w:eastAsia="Arial" w:hAnsi="Arial"/>
          <w:color w:val="B00000"/>
          <w:sz w:val="36"/>
        </w:rPr>
        <w:t>i thi</w:t>
      </w:r>
      <w:r>
        <w:rPr>
          <w:rFonts w:ascii="Arial" w:eastAsia="Arial" w:hAnsi="Arial"/>
          <w:color w:val="B00000"/>
          <w:sz w:val="36"/>
        </w:rPr>
        <w:t>ệ</w:t>
      </w:r>
      <w:r>
        <w:rPr>
          <w:rFonts w:ascii="Arial" w:eastAsia="Arial" w:hAnsi="Arial"/>
          <w:color w:val="B00000"/>
          <w:sz w:val="36"/>
        </w:rPr>
        <w:t>u v</w:t>
      </w:r>
      <w:r>
        <w:rPr>
          <w:rFonts w:ascii="Arial" w:eastAsia="Arial" w:hAnsi="Arial"/>
          <w:color w:val="B00000"/>
          <w:sz w:val="36"/>
        </w:rPr>
        <w:t>ề</w:t>
      </w:r>
      <w:r>
        <w:rPr>
          <w:rFonts w:ascii="Arial" w:eastAsia="Arial" w:hAnsi="Arial"/>
          <w:color w:val="B00000"/>
          <w:sz w:val="36"/>
        </w:rPr>
        <w:t xml:space="preserve"> kích th</w:t>
      </w:r>
      <w:r>
        <w:rPr>
          <w:rFonts w:ascii="Arial" w:eastAsia="Arial" w:hAnsi="Arial"/>
          <w:color w:val="B00000"/>
          <w:sz w:val="36"/>
        </w:rPr>
        <w:t>ủ</w:t>
      </w:r>
      <w:r>
        <w:rPr>
          <w:rFonts w:ascii="Arial" w:eastAsia="Arial" w:hAnsi="Arial"/>
          <w:color w:val="B00000"/>
          <w:sz w:val="36"/>
        </w:rPr>
        <w:t>y l</w:t>
      </w:r>
      <w:r>
        <w:rPr>
          <w:rFonts w:ascii="Arial" w:eastAsia="Arial" w:hAnsi="Arial"/>
          <w:color w:val="B00000"/>
          <w:sz w:val="36"/>
        </w:rPr>
        <w:t>ự</w:t>
      </w:r>
      <w:r>
        <w:rPr>
          <w:rFonts w:ascii="Arial" w:eastAsia="Arial" w:hAnsi="Arial"/>
          <w:color w:val="B00000"/>
          <w:sz w:val="36"/>
        </w:rPr>
        <w:t>c 1 chi</w:t>
      </w:r>
      <w:r>
        <w:rPr>
          <w:rFonts w:ascii="Arial" w:eastAsia="Arial" w:hAnsi="Arial"/>
          <w:color w:val="B00000"/>
          <w:sz w:val="36"/>
        </w:rPr>
        <w:t>ề</w:t>
      </w:r>
      <w:r>
        <w:rPr>
          <w:rFonts w:ascii="Arial" w:eastAsia="Arial" w:hAnsi="Arial"/>
          <w:color w:val="B00000"/>
          <w:sz w:val="36"/>
        </w:rPr>
        <w:t>u</w:t>
      </w:r>
    </w:p>
    <w:p w14:paraId="54116497" w14:textId="77777777" w:rsidR="008B550B" w:rsidRDefault="007539E0">
      <w:pPr>
        <w:spacing w:after="120"/>
      </w:pPr>
      <w:r>
        <w:t>Kích th</w:t>
      </w:r>
      <w:r>
        <w:t>ủ</w:t>
      </w:r>
      <w:r>
        <w:t>y l</w:t>
      </w:r>
      <w:r>
        <w:t>ự</w:t>
      </w:r>
      <w:r>
        <w:t xml:space="preserve">c </w:t>
      </w:r>
      <w:r>
        <w:t>1 chi</w:t>
      </w:r>
      <w:r>
        <w:t>ề</w:t>
      </w:r>
      <w:r>
        <w:t>u là thi</w:t>
      </w:r>
      <w:r>
        <w:t>ế</w:t>
      </w:r>
      <w:r>
        <w:t>t b</w:t>
      </w:r>
      <w:r>
        <w:t>ị</w:t>
      </w:r>
      <w:r>
        <w:t xml:space="preserve"> nâng h</w:t>
      </w:r>
      <w:r>
        <w:t>ạ</w:t>
      </w:r>
      <w:r>
        <w:t xml:space="preserve"> s</w:t>
      </w:r>
      <w:r>
        <w:t>ử</w:t>
      </w:r>
      <w:r>
        <w:t xml:space="preserve"> d</w:t>
      </w:r>
      <w:r>
        <w:t>ụ</w:t>
      </w:r>
      <w:r>
        <w:t>ng áp l</w:t>
      </w:r>
      <w:r>
        <w:t>ự</w:t>
      </w:r>
      <w:r>
        <w:t>c d</w:t>
      </w:r>
      <w:r>
        <w:t>ầ</w:t>
      </w:r>
      <w:r>
        <w:t>u th</w:t>
      </w:r>
      <w:r>
        <w:t>ủ</w:t>
      </w:r>
      <w:r>
        <w:t>y l</w:t>
      </w:r>
      <w:r>
        <w:t>ự</w:t>
      </w:r>
      <w:r>
        <w:t>c đ</w:t>
      </w:r>
      <w:r>
        <w:t>ể</w:t>
      </w:r>
      <w:r>
        <w:t xml:space="preserve"> đ</w:t>
      </w:r>
      <w:r>
        <w:t>ẩ</w:t>
      </w:r>
      <w:r>
        <w:t>y piston đi lên ho</w:t>
      </w:r>
      <w:r>
        <w:t>ặ</w:t>
      </w:r>
      <w:r>
        <w:t>c đi ra theo m</w:t>
      </w:r>
      <w:r>
        <w:t>ộ</w:t>
      </w:r>
      <w:r>
        <w:t>t hư</w:t>
      </w:r>
      <w:r>
        <w:t>ớ</w:t>
      </w:r>
      <w:r>
        <w:t>ng. Khi x</w:t>
      </w:r>
      <w:r>
        <w:t>ả</w:t>
      </w:r>
      <w:r>
        <w:t xml:space="preserve"> áp, piston h</w:t>
      </w:r>
      <w:r>
        <w:t>ồ</w:t>
      </w:r>
      <w:r>
        <w:t>i v</w:t>
      </w:r>
      <w:r>
        <w:t>ề</w:t>
      </w:r>
      <w:r>
        <w:t xml:space="preserve"> v</w:t>
      </w:r>
      <w:r>
        <w:t>ị</w:t>
      </w:r>
      <w:r>
        <w:t xml:space="preserve"> trí ban đ</w:t>
      </w:r>
      <w:r>
        <w:t>ầ</w:t>
      </w:r>
      <w:r>
        <w:t>u b</w:t>
      </w:r>
      <w:r>
        <w:t>ằ</w:t>
      </w:r>
      <w:r>
        <w:t>ng lò xo h</w:t>
      </w:r>
      <w:r>
        <w:t>ồ</w:t>
      </w:r>
      <w:r>
        <w:t>i bên trong ho</w:t>
      </w:r>
      <w:r>
        <w:t>ặ</w:t>
      </w:r>
      <w:r>
        <w:t>c nh</w:t>
      </w:r>
      <w:r>
        <w:t>ờ</w:t>
      </w:r>
      <w:r>
        <w:t xml:space="preserve"> t</w:t>
      </w:r>
      <w:r>
        <w:t>ả</w:t>
      </w:r>
      <w:r>
        <w:t>i tr</w:t>
      </w:r>
      <w:r>
        <w:t>ọ</w:t>
      </w:r>
      <w:r>
        <w:t>ng bên ngoài tùy thi</w:t>
      </w:r>
      <w:r>
        <w:t>ế</w:t>
      </w:r>
      <w:r>
        <w:t>t k</w:t>
      </w:r>
      <w:r>
        <w:t>ế</w:t>
      </w:r>
      <w:r>
        <w:t>.</w:t>
      </w:r>
    </w:p>
    <w:p w14:paraId="3A4CE8EC" w14:textId="77777777" w:rsidR="008B550B" w:rsidRDefault="007539E0">
      <w:pPr>
        <w:spacing w:after="120"/>
      </w:pPr>
      <w:r>
        <w:t>Dòng s</w:t>
      </w:r>
      <w:r>
        <w:t>ả</w:t>
      </w:r>
      <w:r>
        <w:t>n ph</w:t>
      </w:r>
      <w:r>
        <w:t>ẩ</w:t>
      </w:r>
      <w:r>
        <w:t>m này đư</w:t>
      </w:r>
      <w:r>
        <w:t>ợ</w:t>
      </w:r>
      <w:r>
        <w:t>c s</w:t>
      </w:r>
      <w:r>
        <w:t>ử</w:t>
      </w:r>
      <w:r>
        <w:t xml:space="preserve"> d</w:t>
      </w:r>
      <w:r>
        <w:t>ụ</w:t>
      </w:r>
      <w:r>
        <w:t>ng r</w:t>
      </w:r>
      <w:r>
        <w:t>ộ</w:t>
      </w:r>
      <w:r>
        <w:t>ng rãi tron</w:t>
      </w:r>
      <w:r>
        <w:t>g cơ khí, xây d</w:t>
      </w:r>
      <w:r>
        <w:t>ự</w:t>
      </w:r>
      <w:r>
        <w:t>ng, l</w:t>
      </w:r>
      <w:r>
        <w:t>ắ</w:t>
      </w:r>
      <w:r>
        <w:t>p đ</w:t>
      </w:r>
      <w:r>
        <w:t>ặ</w:t>
      </w:r>
      <w:r>
        <w:t>t máy móc, b</w:t>
      </w:r>
      <w:r>
        <w:t>ả</w:t>
      </w:r>
      <w:r>
        <w:t>o trì thi</w:t>
      </w:r>
      <w:r>
        <w:t>ế</w:t>
      </w:r>
      <w:r>
        <w:t>t b</w:t>
      </w:r>
      <w:r>
        <w:t>ị</w:t>
      </w:r>
      <w:r>
        <w:t>, k</w:t>
      </w:r>
      <w:r>
        <w:t>ế</w:t>
      </w:r>
      <w:r>
        <w:t>t c</w:t>
      </w:r>
      <w:r>
        <w:t>ấ</w:t>
      </w:r>
      <w:r>
        <w:t>u thép, nhà máy và công nghi</w:t>
      </w:r>
      <w:r>
        <w:t>ệ</w:t>
      </w:r>
      <w:r>
        <w:t>p n</w:t>
      </w:r>
      <w:r>
        <w:t>ặ</w:t>
      </w:r>
      <w:r>
        <w:t>ng. Ưu đi</w:t>
      </w:r>
      <w:r>
        <w:t>ể</w:t>
      </w:r>
      <w:r>
        <w:t>m n</w:t>
      </w:r>
      <w:r>
        <w:t>ổ</w:t>
      </w:r>
      <w:r>
        <w:t>i b</w:t>
      </w:r>
      <w:r>
        <w:t>ậ</w:t>
      </w:r>
      <w:r>
        <w:t>t là t</w:t>
      </w:r>
      <w:r>
        <w:t>ạ</w:t>
      </w:r>
      <w:r>
        <w:t>o l</w:t>
      </w:r>
      <w:r>
        <w:t>ự</w:t>
      </w:r>
      <w:r>
        <w:t>c nâng l</w:t>
      </w:r>
      <w:r>
        <w:t>ớ</w:t>
      </w:r>
      <w:r>
        <w:t>n, k</w:t>
      </w:r>
      <w:r>
        <w:t>ế</w:t>
      </w:r>
      <w:r>
        <w:t>t c</w:t>
      </w:r>
      <w:r>
        <w:t>ấ</w:t>
      </w:r>
      <w:r>
        <w:t>u g</w:t>
      </w:r>
      <w:r>
        <w:t>ọ</w:t>
      </w:r>
      <w:r>
        <w:t>n, d</w:t>
      </w:r>
      <w:r>
        <w:t>ễ</w:t>
      </w:r>
      <w:r>
        <w:t xml:space="preserve"> v</w:t>
      </w:r>
      <w:r>
        <w:t>ậ</w:t>
      </w:r>
      <w:r>
        <w:t>n hành và phù h</w:t>
      </w:r>
      <w:r>
        <w:t>ợ</w:t>
      </w:r>
      <w:r>
        <w:t>p v</w:t>
      </w:r>
      <w:r>
        <w:t>ớ</w:t>
      </w:r>
      <w:r>
        <w:t>i nhi</w:t>
      </w:r>
      <w:r>
        <w:t>ề</w:t>
      </w:r>
      <w:r>
        <w:t>u không gian làm vi</w:t>
      </w:r>
      <w:r>
        <w:t>ệ</w:t>
      </w:r>
      <w:r>
        <w:t>c khác nhau.</w:t>
      </w:r>
    </w:p>
    <w:p w14:paraId="33906713" w14:textId="77777777" w:rsidR="008B550B" w:rsidRDefault="007539E0">
      <w:pPr>
        <w:spacing w:after="120"/>
      </w:pPr>
      <w:r>
        <w:t>T</w:t>
      </w:r>
      <w:r>
        <w:t>ạ</w:t>
      </w:r>
      <w:r>
        <w:t>i Thiên An Tools, kích th</w:t>
      </w:r>
      <w:r>
        <w:t>ủ</w:t>
      </w:r>
      <w:r>
        <w:t>y l</w:t>
      </w:r>
      <w:r>
        <w:t>ự</w:t>
      </w:r>
      <w:r>
        <w:t>c 1 chi</w:t>
      </w:r>
      <w:r>
        <w:t>ề</w:t>
      </w:r>
      <w:r>
        <w:t>u đư</w:t>
      </w:r>
      <w:r>
        <w:t>ợ</w:t>
      </w:r>
      <w:r>
        <w:t>c gi</w:t>
      </w:r>
      <w:r>
        <w:t>ớ</w:t>
      </w:r>
      <w:r>
        <w:t>i thi</w:t>
      </w:r>
      <w:r>
        <w:t>ệ</w:t>
      </w:r>
      <w:r>
        <w:t>u theo nhi</w:t>
      </w:r>
      <w:r>
        <w:t>ề</w:t>
      </w:r>
      <w:r>
        <w:t>u t</w:t>
      </w:r>
      <w:r>
        <w:t>ả</w:t>
      </w:r>
      <w:r>
        <w:t>i tr</w:t>
      </w:r>
      <w:r>
        <w:t>ọ</w:t>
      </w:r>
      <w:r>
        <w:t>ng và hành trình, phù h</w:t>
      </w:r>
      <w:r>
        <w:t>ợ</w:t>
      </w:r>
      <w:r>
        <w:t>p cho các công vi</w:t>
      </w:r>
      <w:r>
        <w:t>ệ</w:t>
      </w:r>
      <w:r>
        <w:t>c nâng, ép, đ</w:t>
      </w:r>
      <w:r>
        <w:t>ẩ</w:t>
      </w:r>
      <w:r>
        <w:t>y, căn ch</w:t>
      </w:r>
      <w:r>
        <w:t>ỉ</w:t>
      </w:r>
      <w:r>
        <w:t>nh và s</w:t>
      </w:r>
      <w:r>
        <w:t>ử</w:t>
      </w:r>
      <w:r>
        <w:t>a ch</w:t>
      </w:r>
      <w:r>
        <w:t>ữ</w:t>
      </w:r>
      <w:r>
        <w:t>a thi</w:t>
      </w:r>
      <w:r>
        <w:t>ế</w:t>
      </w:r>
      <w:r>
        <w:t>t b</w:t>
      </w:r>
      <w:r>
        <w:t>ị</w:t>
      </w:r>
      <w:r>
        <w:t xml:space="preserve"> công nghi</w:t>
      </w:r>
      <w:r>
        <w:t>ệ</w:t>
      </w:r>
      <w:r>
        <w:t>p.</w:t>
      </w:r>
    </w:p>
    <w:p w14:paraId="45CF065D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t>2. Nguyên lý ho</w:t>
      </w:r>
      <w:r>
        <w:rPr>
          <w:rFonts w:ascii="Arial" w:eastAsia="Arial" w:hAnsi="Arial"/>
          <w:color w:val="B00000"/>
          <w:sz w:val="36"/>
        </w:rPr>
        <w:t>ạ</w:t>
      </w:r>
      <w:r>
        <w:rPr>
          <w:rFonts w:ascii="Arial" w:eastAsia="Arial" w:hAnsi="Arial"/>
          <w:color w:val="B00000"/>
          <w:sz w:val="36"/>
        </w:rPr>
        <w:t>t đ</w:t>
      </w:r>
      <w:r>
        <w:rPr>
          <w:rFonts w:ascii="Arial" w:eastAsia="Arial" w:hAnsi="Arial"/>
          <w:color w:val="B00000"/>
          <w:sz w:val="36"/>
        </w:rPr>
        <w:t>ộ</w:t>
      </w:r>
      <w:r>
        <w:rPr>
          <w:rFonts w:ascii="Arial" w:eastAsia="Arial" w:hAnsi="Arial"/>
          <w:color w:val="B00000"/>
          <w:sz w:val="36"/>
        </w:rPr>
        <w:t>ng</w:t>
      </w:r>
    </w:p>
    <w:p w14:paraId="3233FC0C" w14:textId="77777777" w:rsidR="008B550B" w:rsidRDefault="007539E0">
      <w:pPr>
        <w:spacing w:after="120"/>
      </w:pPr>
      <w:r>
        <w:t>Kích th</w:t>
      </w:r>
      <w:r>
        <w:t>ủ</w:t>
      </w:r>
      <w:r>
        <w:t>y l</w:t>
      </w:r>
      <w:r>
        <w:t>ự</w:t>
      </w:r>
      <w:r>
        <w:t>c 1 chi</w:t>
      </w:r>
      <w:r>
        <w:t>ề</w:t>
      </w:r>
      <w:r>
        <w:t>u ho</w:t>
      </w:r>
      <w:r>
        <w:t>ạ</w:t>
      </w:r>
      <w:r>
        <w:t>t đ</w:t>
      </w:r>
      <w:r>
        <w:t>ộ</w:t>
      </w:r>
      <w:r>
        <w:t>ng d</w:t>
      </w:r>
      <w:r>
        <w:t>ự</w:t>
      </w:r>
      <w:r>
        <w:t>a trên nguyên lý truy</w:t>
      </w:r>
      <w:r>
        <w:t>ề</w:t>
      </w:r>
      <w:r>
        <w:t>n áp su</w:t>
      </w:r>
      <w:r>
        <w:t>ấ</w:t>
      </w:r>
      <w:r>
        <w:t>t trong ch</w:t>
      </w:r>
      <w:r>
        <w:t>ấ</w:t>
      </w:r>
      <w:r>
        <w:t>t l</w:t>
      </w:r>
      <w:r>
        <w:t>ỏ</w:t>
      </w:r>
      <w:r>
        <w:t>ng. Khi bơm th</w:t>
      </w:r>
      <w:r>
        <w:t>ủ</w:t>
      </w:r>
      <w:r>
        <w:t>y l</w:t>
      </w:r>
      <w:r>
        <w:t>ự</w:t>
      </w:r>
      <w:r>
        <w:t>c c</w:t>
      </w:r>
      <w:r>
        <w:t>ấ</w:t>
      </w:r>
      <w:r>
        <w:t>p d</w:t>
      </w:r>
      <w:r>
        <w:t>ầ</w:t>
      </w:r>
      <w:r>
        <w:t>u vào xi lanh, áp l</w:t>
      </w:r>
      <w:r>
        <w:t>ự</w:t>
      </w:r>
      <w:r>
        <w:t>c d</w:t>
      </w:r>
      <w:r>
        <w:t>ầ</w:t>
      </w:r>
      <w:r>
        <w:t>u tác đ</w:t>
      </w:r>
      <w:r>
        <w:t>ộ</w:t>
      </w:r>
      <w:r>
        <w:t>ng lên piston, t</w:t>
      </w:r>
      <w:r>
        <w:t>ạ</w:t>
      </w:r>
      <w:r>
        <w:t>o ra l</w:t>
      </w:r>
      <w:r>
        <w:t>ự</w:t>
      </w:r>
      <w:r>
        <w:t>c nâng ho</w:t>
      </w:r>
      <w:r>
        <w:t>ặ</w:t>
      </w:r>
      <w:r>
        <w:t>c l</w:t>
      </w:r>
      <w:r>
        <w:t>ự</w:t>
      </w:r>
      <w:r>
        <w:t>c đ</w:t>
      </w:r>
      <w:r>
        <w:t>ẩ</w:t>
      </w:r>
      <w:r>
        <w:t>y. Khi m</w:t>
      </w:r>
      <w:r>
        <w:t>ở</w:t>
      </w:r>
      <w:r>
        <w:t xml:space="preserve"> van x</w:t>
      </w:r>
      <w:r>
        <w:t>ả</w:t>
      </w:r>
      <w:r>
        <w:t>, d</w:t>
      </w:r>
      <w:r>
        <w:t>ầ</w:t>
      </w:r>
      <w:r>
        <w:t>u h</w:t>
      </w:r>
      <w:r>
        <w:t>ồ</w:t>
      </w:r>
      <w:r>
        <w:t>i v</w:t>
      </w:r>
      <w:r>
        <w:t>ề</w:t>
      </w:r>
      <w:r>
        <w:t xml:space="preserve"> bơm ho</w:t>
      </w:r>
      <w:r>
        <w:t>ặ</w:t>
      </w:r>
      <w:r>
        <w:t>c thùng ch</w:t>
      </w:r>
      <w:r>
        <w:t>ứ</w:t>
      </w:r>
      <w:r>
        <w:t>a, piston tr</w:t>
      </w:r>
      <w:r>
        <w:t>ở</w:t>
      </w:r>
      <w:r>
        <w:t xml:space="preserve"> l</w:t>
      </w:r>
      <w:r>
        <w:t>ạ</w:t>
      </w:r>
      <w:r>
        <w:t>i nh</w:t>
      </w:r>
      <w:r>
        <w:t>ờ</w:t>
      </w:r>
      <w:r>
        <w:t xml:space="preserve"> lò xo h</w:t>
      </w:r>
      <w:r>
        <w:t>ồ</w:t>
      </w:r>
      <w:r>
        <w:t>i.</w:t>
      </w:r>
    </w:p>
    <w:p w14:paraId="0F591F2B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Bơm 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 c</w:t>
      </w:r>
      <w:r>
        <w:rPr>
          <w:sz w:val="21"/>
        </w:rPr>
        <w:t>ấ</w:t>
      </w:r>
      <w:r>
        <w:rPr>
          <w:sz w:val="21"/>
        </w:rPr>
        <w:t>p d</w:t>
      </w:r>
      <w:r>
        <w:rPr>
          <w:sz w:val="21"/>
        </w:rPr>
        <w:t>ầ</w:t>
      </w:r>
      <w:r>
        <w:rPr>
          <w:sz w:val="21"/>
        </w:rPr>
        <w:t>u vào xi lanh thông qua dây d</w:t>
      </w:r>
      <w:r>
        <w:rPr>
          <w:sz w:val="21"/>
        </w:rPr>
        <w:t>ầ</w:t>
      </w:r>
      <w:r>
        <w:rPr>
          <w:sz w:val="21"/>
        </w:rPr>
        <w:t>u và đ</w:t>
      </w:r>
      <w:r>
        <w:rPr>
          <w:sz w:val="21"/>
        </w:rPr>
        <w:t>ầ</w:t>
      </w:r>
      <w:r>
        <w:rPr>
          <w:sz w:val="21"/>
        </w:rPr>
        <w:t>u n</w:t>
      </w:r>
      <w:r>
        <w:rPr>
          <w:sz w:val="21"/>
        </w:rPr>
        <w:t>ố</w:t>
      </w:r>
      <w:r>
        <w:rPr>
          <w:sz w:val="21"/>
        </w:rPr>
        <w:t>i nhanh.</w:t>
      </w:r>
    </w:p>
    <w:p w14:paraId="690D810C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Áp l</w:t>
      </w:r>
      <w:r>
        <w:rPr>
          <w:sz w:val="21"/>
        </w:rPr>
        <w:t>ự</w:t>
      </w:r>
      <w:r>
        <w:rPr>
          <w:sz w:val="21"/>
        </w:rPr>
        <w:t>c d</w:t>
      </w:r>
      <w:r>
        <w:rPr>
          <w:sz w:val="21"/>
        </w:rPr>
        <w:t>ầ</w:t>
      </w:r>
      <w:r>
        <w:rPr>
          <w:sz w:val="21"/>
        </w:rPr>
        <w:t>u đ</w:t>
      </w:r>
      <w:r>
        <w:rPr>
          <w:sz w:val="21"/>
        </w:rPr>
        <w:t>ẩ</w:t>
      </w:r>
      <w:r>
        <w:rPr>
          <w:sz w:val="21"/>
        </w:rPr>
        <w:t xml:space="preserve">y piston đi </w:t>
      </w:r>
      <w:r>
        <w:rPr>
          <w:sz w:val="21"/>
        </w:rPr>
        <w:t>lên, t</w:t>
      </w:r>
      <w:r>
        <w:rPr>
          <w:sz w:val="21"/>
        </w:rPr>
        <w:t>ạ</w:t>
      </w:r>
      <w:r>
        <w:rPr>
          <w:sz w:val="21"/>
        </w:rPr>
        <w:t>o l</w:t>
      </w:r>
      <w:r>
        <w:rPr>
          <w:sz w:val="21"/>
        </w:rPr>
        <w:t>ự</w:t>
      </w:r>
      <w:r>
        <w:rPr>
          <w:sz w:val="21"/>
        </w:rPr>
        <w:t>c nâng ho</w:t>
      </w:r>
      <w:r>
        <w:rPr>
          <w:sz w:val="21"/>
        </w:rPr>
        <w:t>ặ</w:t>
      </w:r>
      <w:r>
        <w:rPr>
          <w:sz w:val="21"/>
        </w:rPr>
        <w:t>c l</w:t>
      </w:r>
      <w:r>
        <w:rPr>
          <w:sz w:val="21"/>
        </w:rPr>
        <w:t>ự</w:t>
      </w:r>
      <w:r>
        <w:rPr>
          <w:sz w:val="21"/>
        </w:rPr>
        <w:t>c đ</w:t>
      </w:r>
      <w:r>
        <w:rPr>
          <w:sz w:val="21"/>
        </w:rPr>
        <w:t>ẩ</w:t>
      </w:r>
      <w:r>
        <w:rPr>
          <w:sz w:val="21"/>
        </w:rPr>
        <w:t>y t</w:t>
      </w:r>
      <w:r>
        <w:rPr>
          <w:sz w:val="21"/>
        </w:rPr>
        <w:t>ả</w:t>
      </w:r>
      <w:r>
        <w:rPr>
          <w:sz w:val="21"/>
        </w:rPr>
        <w:t>i.</w:t>
      </w:r>
    </w:p>
    <w:p w14:paraId="461C8DB0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Khi x</w:t>
      </w:r>
      <w:r>
        <w:rPr>
          <w:sz w:val="21"/>
        </w:rPr>
        <w:t>ả</w:t>
      </w:r>
      <w:r>
        <w:rPr>
          <w:sz w:val="21"/>
        </w:rPr>
        <w:t xml:space="preserve"> áp, d</w:t>
      </w:r>
      <w:r>
        <w:rPr>
          <w:sz w:val="21"/>
        </w:rPr>
        <w:t>ầ</w:t>
      </w:r>
      <w:r>
        <w:rPr>
          <w:sz w:val="21"/>
        </w:rPr>
        <w:t>u h</w:t>
      </w:r>
      <w:r>
        <w:rPr>
          <w:sz w:val="21"/>
        </w:rPr>
        <w:t>ồ</w:t>
      </w:r>
      <w:r>
        <w:rPr>
          <w:sz w:val="21"/>
        </w:rPr>
        <w:t>i v</w:t>
      </w:r>
      <w:r>
        <w:rPr>
          <w:sz w:val="21"/>
        </w:rPr>
        <w:t>ề</w:t>
      </w:r>
      <w:r>
        <w:rPr>
          <w:sz w:val="21"/>
        </w:rPr>
        <w:t xml:space="preserve"> và piston tr</w:t>
      </w:r>
      <w:r>
        <w:rPr>
          <w:sz w:val="21"/>
        </w:rPr>
        <w:t>ở</w:t>
      </w:r>
      <w:r>
        <w:rPr>
          <w:sz w:val="21"/>
        </w:rPr>
        <w:t xml:space="preserve"> l</w:t>
      </w:r>
      <w:r>
        <w:rPr>
          <w:sz w:val="21"/>
        </w:rPr>
        <w:t>ạ</w:t>
      </w:r>
      <w:r>
        <w:rPr>
          <w:sz w:val="21"/>
        </w:rPr>
        <w:t>i v</w:t>
      </w:r>
      <w:r>
        <w:rPr>
          <w:sz w:val="21"/>
        </w:rPr>
        <w:t>ị</w:t>
      </w:r>
      <w:r>
        <w:rPr>
          <w:sz w:val="21"/>
        </w:rPr>
        <w:t xml:space="preserve"> trí ban đ</w:t>
      </w:r>
      <w:r>
        <w:rPr>
          <w:sz w:val="21"/>
        </w:rPr>
        <w:t>ầ</w:t>
      </w:r>
      <w:r>
        <w:rPr>
          <w:sz w:val="21"/>
        </w:rPr>
        <w:t>u nh</w:t>
      </w:r>
      <w:r>
        <w:rPr>
          <w:sz w:val="21"/>
        </w:rPr>
        <w:t>ờ</w:t>
      </w:r>
      <w:r>
        <w:rPr>
          <w:sz w:val="21"/>
        </w:rPr>
        <w:t xml:space="preserve"> lò xo h</w:t>
      </w:r>
      <w:r>
        <w:rPr>
          <w:sz w:val="21"/>
        </w:rPr>
        <w:t>ồ</w:t>
      </w:r>
      <w:r>
        <w:rPr>
          <w:sz w:val="21"/>
        </w:rPr>
        <w:t>i.</w:t>
      </w:r>
    </w:p>
    <w:p w14:paraId="50747B18" w14:textId="77777777" w:rsidR="008B550B" w:rsidRDefault="007539E0">
      <w:pPr>
        <w:spacing w:after="60"/>
        <w:jc w:val="center"/>
      </w:pPr>
      <w:r>
        <w:rPr>
          <w:noProof/>
        </w:rPr>
        <w:lastRenderedPageBreak/>
        <w:drawing>
          <wp:inline distT="0" distB="0" distL="0" distR="0" wp14:anchorId="0F7CE97B" wp14:editId="4615C06A">
            <wp:extent cx="5852160" cy="5852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uyen_ly_hoat_dong_kich_thuy_luc_1_chieu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1F9D" w14:textId="77777777" w:rsidR="008B550B" w:rsidRDefault="007539E0">
      <w:pPr>
        <w:spacing w:after="160"/>
        <w:jc w:val="center"/>
      </w:pPr>
      <w:r>
        <w:rPr>
          <w:color w:val="666666"/>
          <w:sz w:val="18"/>
        </w:rPr>
        <w:t>Ả</w:t>
      </w:r>
      <w:r>
        <w:rPr>
          <w:color w:val="666666"/>
          <w:sz w:val="18"/>
        </w:rPr>
        <w:t>nh minh h</w:t>
      </w:r>
      <w:r>
        <w:rPr>
          <w:color w:val="666666"/>
          <w:sz w:val="18"/>
        </w:rPr>
        <w:t>ọ</w:t>
      </w:r>
      <w:r>
        <w:rPr>
          <w:color w:val="666666"/>
          <w:sz w:val="18"/>
        </w:rPr>
        <w:t>a nguyên lý ho</w:t>
      </w:r>
      <w:r>
        <w:rPr>
          <w:color w:val="666666"/>
          <w:sz w:val="18"/>
        </w:rPr>
        <w:t>ạ</w:t>
      </w:r>
      <w:r>
        <w:rPr>
          <w:color w:val="666666"/>
          <w:sz w:val="18"/>
        </w:rPr>
        <w:t>t đ</w:t>
      </w:r>
      <w:r>
        <w:rPr>
          <w:color w:val="666666"/>
          <w:sz w:val="18"/>
        </w:rPr>
        <w:t>ộ</w:t>
      </w:r>
      <w:r>
        <w:rPr>
          <w:color w:val="666666"/>
          <w:sz w:val="18"/>
        </w:rPr>
        <w:t>ng c</w:t>
      </w:r>
      <w:r>
        <w:rPr>
          <w:color w:val="666666"/>
          <w:sz w:val="18"/>
        </w:rPr>
        <w:t>ủ</w:t>
      </w:r>
      <w:r>
        <w:rPr>
          <w:color w:val="666666"/>
          <w:sz w:val="18"/>
        </w:rPr>
        <w:t>a kích th</w:t>
      </w:r>
      <w:r>
        <w:rPr>
          <w:color w:val="666666"/>
          <w:sz w:val="18"/>
        </w:rPr>
        <w:t>ủ</w:t>
      </w:r>
      <w:r>
        <w:rPr>
          <w:color w:val="666666"/>
          <w:sz w:val="18"/>
        </w:rPr>
        <w:t>y l</w:t>
      </w:r>
      <w:r>
        <w:rPr>
          <w:color w:val="666666"/>
          <w:sz w:val="18"/>
        </w:rPr>
        <w:t>ự</w:t>
      </w:r>
      <w:r>
        <w:rPr>
          <w:color w:val="666666"/>
          <w:sz w:val="18"/>
        </w:rPr>
        <w:t>c 1 chi</w:t>
      </w:r>
      <w:r>
        <w:rPr>
          <w:color w:val="666666"/>
          <w:sz w:val="18"/>
        </w:rPr>
        <w:t>ề</w:t>
      </w:r>
      <w:r>
        <w:rPr>
          <w:color w:val="666666"/>
          <w:sz w:val="18"/>
        </w:rPr>
        <w:t>u</w:t>
      </w:r>
    </w:p>
    <w:p w14:paraId="50007FFC" w14:textId="77777777" w:rsidR="008B550B" w:rsidRDefault="007539E0">
      <w:r>
        <w:br w:type="page"/>
      </w:r>
    </w:p>
    <w:p w14:paraId="3E3AB7FF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lastRenderedPageBreak/>
        <w:t>3. C</w:t>
      </w:r>
      <w:r>
        <w:rPr>
          <w:rFonts w:ascii="Arial" w:eastAsia="Arial" w:hAnsi="Arial"/>
          <w:color w:val="B00000"/>
          <w:sz w:val="36"/>
        </w:rPr>
        <w:t>ấ</w:t>
      </w:r>
      <w:r>
        <w:rPr>
          <w:rFonts w:ascii="Arial" w:eastAsia="Arial" w:hAnsi="Arial"/>
          <w:color w:val="B00000"/>
          <w:sz w:val="36"/>
        </w:rPr>
        <w:t>u t</w:t>
      </w:r>
      <w:r>
        <w:rPr>
          <w:rFonts w:ascii="Arial" w:eastAsia="Arial" w:hAnsi="Arial"/>
          <w:color w:val="B00000"/>
          <w:sz w:val="36"/>
        </w:rPr>
        <w:t>ạ</w:t>
      </w:r>
      <w:r>
        <w:rPr>
          <w:rFonts w:ascii="Arial" w:eastAsia="Arial" w:hAnsi="Arial"/>
          <w:color w:val="B00000"/>
          <w:sz w:val="36"/>
        </w:rPr>
        <w:t>o kích th</w:t>
      </w:r>
      <w:r>
        <w:rPr>
          <w:rFonts w:ascii="Arial" w:eastAsia="Arial" w:hAnsi="Arial"/>
          <w:color w:val="B00000"/>
          <w:sz w:val="36"/>
        </w:rPr>
        <w:t>ủ</w:t>
      </w:r>
      <w:r>
        <w:rPr>
          <w:rFonts w:ascii="Arial" w:eastAsia="Arial" w:hAnsi="Arial"/>
          <w:color w:val="B00000"/>
          <w:sz w:val="36"/>
        </w:rPr>
        <w:t>y l</w:t>
      </w:r>
      <w:r>
        <w:rPr>
          <w:rFonts w:ascii="Arial" w:eastAsia="Arial" w:hAnsi="Arial"/>
          <w:color w:val="B00000"/>
          <w:sz w:val="36"/>
        </w:rPr>
        <w:t>ự</w:t>
      </w:r>
      <w:r>
        <w:rPr>
          <w:rFonts w:ascii="Arial" w:eastAsia="Arial" w:hAnsi="Arial"/>
          <w:color w:val="B00000"/>
          <w:sz w:val="36"/>
        </w:rPr>
        <w:t>c 1 chi</w:t>
      </w:r>
      <w:r>
        <w:rPr>
          <w:rFonts w:ascii="Arial" w:eastAsia="Arial" w:hAnsi="Arial"/>
          <w:color w:val="B00000"/>
          <w:sz w:val="36"/>
        </w:rPr>
        <w:t>ề</w:t>
      </w:r>
      <w:r>
        <w:rPr>
          <w:rFonts w:ascii="Arial" w:eastAsia="Arial" w:hAnsi="Arial"/>
          <w:color w:val="B00000"/>
          <w:sz w:val="36"/>
        </w:rPr>
        <w:t>u</w:t>
      </w:r>
    </w:p>
    <w:p w14:paraId="6DB1761E" w14:textId="77777777" w:rsidR="008B550B" w:rsidRDefault="007539E0">
      <w:pPr>
        <w:spacing w:after="120"/>
      </w:pPr>
      <w:r>
        <w:t>C</w:t>
      </w:r>
      <w:r>
        <w:t>ấ</w:t>
      </w:r>
      <w:r>
        <w:t>u t</w:t>
      </w:r>
      <w:r>
        <w:t>ạ</w:t>
      </w:r>
      <w:r>
        <w:t>o cơ b</w:t>
      </w:r>
      <w:r>
        <w:t>ả</w:t>
      </w:r>
      <w:r>
        <w:t>n c</w:t>
      </w:r>
      <w:r>
        <w:t>ủ</w:t>
      </w:r>
      <w:r>
        <w:t>a kích th</w:t>
      </w:r>
      <w:r>
        <w:t>ủ</w:t>
      </w:r>
      <w:r>
        <w:t>y l</w:t>
      </w:r>
      <w:r>
        <w:t>ự</w:t>
      </w:r>
      <w:r>
        <w:t>c 1 chi</w:t>
      </w:r>
      <w:r>
        <w:t>ề</w:t>
      </w:r>
      <w:r>
        <w:t>u g</w:t>
      </w:r>
      <w:r>
        <w:t>ồ</w:t>
      </w:r>
      <w:r>
        <w:t xml:space="preserve">m thân xi </w:t>
      </w:r>
      <w:r>
        <w:t>lanh, ty nâng/piston, đ</w:t>
      </w:r>
      <w:r>
        <w:t>ầ</w:t>
      </w:r>
      <w:r>
        <w:t>u kích, lò xo h</w:t>
      </w:r>
      <w:r>
        <w:t>ồ</w:t>
      </w:r>
      <w:r>
        <w:t>i, ph</w:t>
      </w:r>
      <w:r>
        <w:t>ớ</w:t>
      </w:r>
      <w:r>
        <w:t>t làm kín, c</w:t>
      </w:r>
      <w:r>
        <w:t>ổ</w:t>
      </w:r>
      <w:r>
        <w:t>ng d</w:t>
      </w:r>
      <w:r>
        <w:t>ầ</w:t>
      </w:r>
      <w:r>
        <w:t>u th</w:t>
      </w:r>
      <w:r>
        <w:t>ủ</w:t>
      </w:r>
      <w:r>
        <w:t>y l</w:t>
      </w:r>
      <w:r>
        <w:t>ự</w:t>
      </w:r>
      <w:r>
        <w:t>c, đ</w:t>
      </w:r>
      <w:r>
        <w:t>ầ</w:t>
      </w:r>
      <w:r>
        <w:t>u n</w:t>
      </w:r>
      <w:r>
        <w:t>ố</w:t>
      </w:r>
      <w:r>
        <w:t>i nhanh và đ</w:t>
      </w:r>
      <w:r>
        <w:t>ế</w:t>
      </w:r>
      <w:r>
        <w:t xml:space="preserve"> kích. Tùy t</w:t>
      </w:r>
      <w:r>
        <w:t>ừ</w:t>
      </w:r>
      <w:r>
        <w:t>ng t</w:t>
      </w:r>
      <w:r>
        <w:t>ả</w:t>
      </w:r>
      <w:r>
        <w:t>i tr</w:t>
      </w:r>
      <w:r>
        <w:t>ọ</w:t>
      </w:r>
      <w:r>
        <w:t>ng, thương hi</w:t>
      </w:r>
      <w:r>
        <w:t>ệ</w:t>
      </w:r>
      <w:r>
        <w:t xml:space="preserve">u và </w:t>
      </w:r>
      <w:r>
        <w:t>ứ</w:t>
      </w:r>
      <w:r>
        <w:t>ng d</w:t>
      </w:r>
      <w:r>
        <w:t>ụ</w:t>
      </w:r>
      <w:r>
        <w:t>ng, kích thư</w:t>
      </w:r>
      <w:r>
        <w:t>ớ</w:t>
      </w:r>
      <w:r>
        <w:t>c chi ti</w:t>
      </w:r>
      <w:r>
        <w:t>ế</w:t>
      </w:r>
      <w:r>
        <w:t>t có th</w:t>
      </w:r>
      <w:r>
        <w:t>ể</w:t>
      </w:r>
      <w:r>
        <w:t xml:space="preserve"> thay đ</w:t>
      </w:r>
      <w:r>
        <w:t>ổ</w:t>
      </w:r>
      <w:r>
        <w:t>i.</w:t>
      </w:r>
    </w:p>
    <w:p w14:paraId="4C0D5DDA" w14:textId="77777777" w:rsidR="008B550B" w:rsidRDefault="007539E0">
      <w:pPr>
        <w:spacing w:after="60"/>
        <w:jc w:val="center"/>
      </w:pPr>
      <w:r>
        <w:rPr>
          <w:noProof/>
        </w:rPr>
        <w:drawing>
          <wp:inline distT="0" distB="0" distL="0" distR="0" wp14:anchorId="4B838D35" wp14:editId="10CCF6E9">
            <wp:extent cx="5120640" cy="5120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_tao_kich_thuy_luc_1_chieu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3EE6" w14:textId="77777777" w:rsidR="008B550B" w:rsidRDefault="007539E0">
      <w:pPr>
        <w:spacing w:after="160"/>
        <w:jc w:val="center"/>
      </w:pPr>
      <w:r>
        <w:rPr>
          <w:color w:val="666666"/>
          <w:sz w:val="18"/>
        </w:rPr>
        <w:t>Ả</w:t>
      </w:r>
      <w:r>
        <w:rPr>
          <w:color w:val="666666"/>
          <w:sz w:val="18"/>
        </w:rPr>
        <w:t>nh c</w:t>
      </w:r>
      <w:r>
        <w:rPr>
          <w:color w:val="666666"/>
          <w:sz w:val="18"/>
        </w:rPr>
        <w:t>ấ</w:t>
      </w:r>
      <w:r>
        <w:rPr>
          <w:color w:val="666666"/>
          <w:sz w:val="18"/>
        </w:rPr>
        <w:t>u t</w:t>
      </w:r>
      <w:r>
        <w:rPr>
          <w:color w:val="666666"/>
          <w:sz w:val="18"/>
        </w:rPr>
        <w:t>ạ</w:t>
      </w:r>
      <w:r>
        <w:rPr>
          <w:color w:val="666666"/>
          <w:sz w:val="18"/>
        </w:rPr>
        <w:t>o kích th</w:t>
      </w:r>
      <w:r>
        <w:rPr>
          <w:color w:val="666666"/>
          <w:sz w:val="18"/>
        </w:rPr>
        <w:t>ủ</w:t>
      </w:r>
      <w:r>
        <w:rPr>
          <w:color w:val="666666"/>
          <w:sz w:val="18"/>
        </w:rPr>
        <w:t>y l</w:t>
      </w:r>
      <w:r>
        <w:rPr>
          <w:color w:val="666666"/>
          <w:sz w:val="18"/>
        </w:rPr>
        <w:t>ự</w:t>
      </w:r>
      <w:r>
        <w:rPr>
          <w:color w:val="666666"/>
          <w:sz w:val="18"/>
        </w:rPr>
        <w:t>c 1 chi</w:t>
      </w:r>
      <w:r>
        <w:rPr>
          <w:color w:val="666666"/>
          <w:sz w:val="18"/>
        </w:rPr>
        <w:t>ề</w:t>
      </w:r>
      <w:r>
        <w:rPr>
          <w:color w:val="666666"/>
          <w:sz w:val="18"/>
        </w:rPr>
        <w:t>u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84"/>
        <w:gridCol w:w="5184"/>
      </w:tblGrid>
      <w:tr w:rsidR="008B550B" w14:paraId="7D8780D0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B00000"/>
            <w:vAlign w:val="center"/>
          </w:tcPr>
          <w:p w14:paraId="3137DB11" w14:textId="77777777" w:rsidR="008B550B" w:rsidRDefault="007539E0">
            <w:r>
              <w:rPr>
                <w:b/>
                <w:color w:val="FFFFFF"/>
                <w:sz w:val="20"/>
              </w:rPr>
              <w:t>B</w:t>
            </w:r>
            <w:r>
              <w:rPr>
                <w:b/>
                <w:color w:val="FFFFFF"/>
                <w:sz w:val="20"/>
              </w:rPr>
              <w:t>ộ</w:t>
            </w:r>
            <w:r>
              <w:rPr>
                <w:b/>
                <w:color w:val="FFFFFF"/>
                <w:sz w:val="20"/>
              </w:rPr>
              <w:t xml:space="preserve"> ph</w:t>
            </w:r>
            <w:r>
              <w:rPr>
                <w:b/>
                <w:color w:val="FFFFFF"/>
                <w:sz w:val="20"/>
              </w:rPr>
              <w:t>ậ</w:t>
            </w:r>
            <w:r>
              <w:rPr>
                <w:b/>
                <w:color w:val="FFFFFF"/>
                <w:sz w:val="20"/>
              </w:rPr>
              <w:t>n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B00000"/>
            <w:vAlign w:val="center"/>
          </w:tcPr>
          <w:p w14:paraId="46DBE907" w14:textId="77777777" w:rsidR="008B550B" w:rsidRDefault="007539E0">
            <w:r>
              <w:rPr>
                <w:b/>
                <w:color w:val="FFFFFF"/>
                <w:sz w:val="20"/>
              </w:rPr>
              <w:t>Ch</w:t>
            </w:r>
            <w:r>
              <w:rPr>
                <w:b/>
                <w:color w:val="FFFFFF"/>
                <w:sz w:val="20"/>
              </w:rPr>
              <w:t>ứ</w:t>
            </w:r>
            <w:r>
              <w:rPr>
                <w:b/>
                <w:color w:val="FFFFFF"/>
                <w:sz w:val="20"/>
              </w:rPr>
              <w:t>c năng</w:t>
            </w:r>
          </w:p>
        </w:tc>
      </w:tr>
      <w:tr w:rsidR="008B550B" w14:paraId="577837CB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265B282" w14:textId="77777777" w:rsidR="008B550B" w:rsidRDefault="007539E0">
            <w:r>
              <w:rPr>
                <w:sz w:val="20"/>
              </w:rPr>
              <w:t>Thân xi lanh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27E0450" w14:textId="77777777" w:rsidR="008B550B" w:rsidRDefault="007539E0">
            <w:r>
              <w:rPr>
                <w:sz w:val="20"/>
              </w:rPr>
              <w:t>V</w:t>
            </w:r>
            <w:r>
              <w:rPr>
                <w:sz w:val="20"/>
              </w:rPr>
              <w:t>ỏ</w:t>
            </w:r>
            <w:r>
              <w:rPr>
                <w:sz w:val="20"/>
              </w:rPr>
              <w:t xml:space="preserve"> c</w:t>
            </w:r>
            <w:r>
              <w:rPr>
                <w:sz w:val="20"/>
              </w:rPr>
              <w:t>h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>u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chính, thư</w:t>
            </w:r>
            <w:r>
              <w:rPr>
                <w:sz w:val="20"/>
              </w:rPr>
              <w:t>ờ</w:t>
            </w:r>
            <w:r>
              <w:rPr>
                <w:sz w:val="20"/>
              </w:rPr>
              <w:t>ng làm b</w:t>
            </w:r>
            <w:r>
              <w:rPr>
                <w:sz w:val="20"/>
              </w:rPr>
              <w:t>ằ</w:t>
            </w:r>
            <w:r>
              <w:rPr>
                <w:sz w:val="20"/>
              </w:rPr>
              <w:t>ng thép, có kh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 xml:space="preserve"> năng ch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>u áp su</w:t>
            </w:r>
            <w:r>
              <w:rPr>
                <w:sz w:val="20"/>
              </w:rPr>
              <w:t>ấ</w:t>
            </w:r>
            <w:r>
              <w:rPr>
                <w:sz w:val="20"/>
              </w:rPr>
              <w:t>t cao.</w:t>
            </w:r>
          </w:p>
        </w:tc>
      </w:tr>
      <w:tr w:rsidR="008B550B" w14:paraId="4D6C4668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A015292" w14:textId="77777777" w:rsidR="008B550B" w:rsidRDefault="007539E0">
            <w:r>
              <w:rPr>
                <w:sz w:val="20"/>
              </w:rPr>
              <w:t>Ty nâng / Piston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FC96D20" w14:textId="77777777" w:rsidR="008B550B" w:rsidRDefault="007539E0">
            <w:r>
              <w:rPr>
                <w:sz w:val="20"/>
              </w:rPr>
              <w:t>B</w:t>
            </w:r>
            <w:r>
              <w:rPr>
                <w:sz w:val="20"/>
              </w:rPr>
              <w:t>ộ</w:t>
            </w:r>
            <w:r>
              <w:rPr>
                <w:sz w:val="20"/>
              </w:rPr>
              <w:t xml:space="preserve"> ph</w:t>
            </w:r>
            <w:r>
              <w:rPr>
                <w:sz w:val="20"/>
              </w:rPr>
              <w:t>ậ</w:t>
            </w:r>
            <w:r>
              <w:rPr>
                <w:sz w:val="20"/>
              </w:rPr>
              <w:t>n chuy</w:t>
            </w:r>
            <w:r>
              <w:rPr>
                <w:sz w:val="20"/>
              </w:rPr>
              <w:t>ể</w:t>
            </w:r>
            <w:r>
              <w:rPr>
                <w:sz w:val="20"/>
              </w:rPr>
              <w:t>n đ</w:t>
            </w:r>
            <w:r>
              <w:rPr>
                <w:sz w:val="20"/>
              </w:rPr>
              <w:t>ộ</w:t>
            </w:r>
            <w:r>
              <w:rPr>
                <w:sz w:val="20"/>
              </w:rPr>
              <w:t>ng, nh</w:t>
            </w:r>
            <w:r>
              <w:rPr>
                <w:sz w:val="20"/>
              </w:rPr>
              <w:t>ậ</w:t>
            </w:r>
            <w:r>
              <w:rPr>
                <w:sz w:val="20"/>
              </w:rPr>
              <w:t>n áp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d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 đ</w:t>
            </w:r>
            <w:r>
              <w:rPr>
                <w:sz w:val="20"/>
              </w:rPr>
              <w:t>ể</w:t>
            </w:r>
            <w:r>
              <w:rPr>
                <w:sz w:val="20"/>
              </w:rPr>
              <w:t xml:space="preserve"> nâng ho</w:t>
            </w:r>
            <w:r>
              <w:rPr>
                <w:sz w:val="20"/>
              </w:rPr>
              <w:t>ặ</w:t>
            </w:r>
            <w:r>
              <w:rPr>
                <w:sz w:val="20"/>
              </w:rPr>
              <w:t>c đ</w:t>
            </w:r>
            <w:r>
              <w:rPr>
                <w:sz w:val="20"/>
              </w:rPr>
              <w:t>ẩ</w:t>
            </w:r>
            <w:r>
              <w:rPr>
                <w:sz w:val="20"/>
              </w:rPr>
              <w:t>y t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i.</w:t>
            </w:r>
          </w:p>
        </w:tc>
      </w:tr>
      <w:tr w:rsidR="008B550B" w14:paraId="57C5A16B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DD5DF31" w14:textId="77777777" w:rsidR="008B550B" w:rsidRDefault="007539E0">
            <w:r>
              <w:rPr>
                <w:sz w:val="20"/>
              </w:rPr>
              <w:t>Đ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 kích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0E04BB8" w14:textId="77777777" w:rsidR="008B550B" w:rsidRDefault="007539E0">
            <w:r>
              <w:rPr>
                <w:sz w:val="20"/>
              </w:rPr>
              <w:t>V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 xml:space="preserve"> trí ti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p xúc v</w:t>
            </w:r>
            <w:r>
              <w:rPr>
                <w:sz w:val="20"/>
              </w:rPr>
              <w:t>ớ</w:t>
            </w:r>
            <w:r>
              <w:rPr>
                <w:sz w:val="20"/>
              </w:rPr>
              <w:t>i t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i ho</w:t>
            </w:r>
            <w:r>
              <w:rPr>
                <w:sz w:val="20"/>
              </w:rPr>
              <w:t>ặ</w:t>
            </w:r>
            <w:r>
              <w:rPr>
                <w:sz w:val="20"/>
              </w:rPr>
              <w:t>c chi ti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t c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n căn ch</w:t>
            </w:r>
            <w:r>
              <w:rPr>
                <w:sz w:val="20"/>
              </w:rPr>
              <w:t>ỉ</w:t>
            </w:r>
            <w:r>
              <w:rPr>
                <w:sz w:val="20"/>
              </w:rPr>
              <w:t>nh.</w:t>
            </w:r>
          </w:p>
        </w:tc>
      </w:tr>
      <w:tr w:rsidR="008B550B" w14:paraId="6C90623D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3CE5BF6" w14:textId="77777777" w:rsidR="008B550B" w:rsidRDefault="007539E0">
            <w:r>
              <w:rPr>
                <w:sz w:val="20"/>
              </w:rPr>
              <w:t>Lò xo h</w:t>
            </w:r>
            <w:r>
              <w:rPr>
                <w:sz w:val="20"/>
              </w:rPr>
              <w:t>ồ</w:t>
            </w:r>
            <w:r>
              <w:rPr>
                <w:sz w:val="20"/>
              </w:rPr>
              <w:t>i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EAAE142" w14:textId="77777777" w:rsidR="008B550B" w:rsidRDefault="007539E0">
            <w:r>
              <w:rPr>
                <w:sz w:val="20"/>
              </w:rPr>
              <w:t>Giúp piston t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 xml:space="preserve"> h</w:t>
            </w:r>
            <w:r>
              <w:rPr>
                <w:sz w:val="20"/>
              </w:rPr>
              <w:t>ồ</w:t>
            </w:r>
            <w:r>
              <w:rPr>
                <w:sz w:val="20"/>
              </w:rPr>
              <w:t>i v</w:t>
            </w:r>
            <w:r>
              <w:rPr>
                <w:sz w:val="20"/>
              </w:rPr>
              <w:t>ề</w:t>
            </w:r>
            <w:r>
              <w:rPr>
                <w:sz w:val="20"/>
              </w:rPr>
              <w:t xml:space="preserve"> khi x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 xml:space="preserve"> áp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u.</w:t>
            </w:r>
          </w:p>
        </w:tc>
      </w:tr>
      <w:tr w:rsidR="008B550B" w14:paraId="2174E6FE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A15A003" w14:textId="77777777" w:rsidR="008B550B" w:rsidRDefault="007539E0">
            <w:r>
              <w:rPr>
                <w:sz w:val="20"/>
              </w:rPr>
              <w:t>Ph</w:t>
            </w:r>
            <w:r>
              <w:rPr>
                <w:sz w:val="20"/>
              </w:rPr>
              <w:t>ớ</w:t>
            </w:r>
            <w:r>
              <w:rPr>
                <w:sz w:val="20"/>
              </w:rPr>
              <w:t>t làm kín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AA89BFC" w14:textId="77777777" w:rsidR="008B550B" w:rsidRDefault="007539E0">
            <w:r>
              <w:rPr>
                <w:sz w:val="20"/>
              </w:rPr>
              <w:t>Gi</w:t>
            </w:r>
            <w:r>
              <w:rPr>
                <w:sz w:val="20"/>
              </w:rPr>
              <w:t>ữ</w:t>
            </w:r>
            <w:r>
              <w:rPr>
                <w:sz w:val="20"/>
              </w:rPr>
              <w:t xml:space="preserve"> áp su</w:t>
            </w:r>
            <w:r>
              <w:rPr>
                <w:sz w:val="20"/>
              </w:rPr>
              <w:t>ấ</w:t>
            </w:r>
            <w:r>
              <w:rPr>
                <w:sz w:val="20"/>
              </w:rPr>
              <w:t>t d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u, h</w:t>
            </w:r>
            <w:r>
              <w:rPr>
                <w:sz w:val="20"/>
              </w:rPr>
              <w:t>ạ</w:t>
            </w:r>
            <w:r>
              <w:rPr>
                <w:sz w:val="20"/>
              </w:rPr>
              <w:t>n ch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 xml:space="preserve"> rò r</w:t>
            </w:r>
            <w:r>
              <w:rPr>
                <w:sz w:val="20"/>
              </w:rPr>
              <w:t>ỉ</w:t>
            </w:r>
            <w:r>
              <w:rPr>
                <w:sz w:val="20"/>
              </w:rPr>
              <w:t xml:space="preserve"> và b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o v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 xml:space="preserve"> đ</w:t>
            </w:r>
            <w:r>
              <w:rPr>
                <w:sz w:val="20"/>
              </w:rPr>
              <w:t>ộ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ổ</w:t>
            </w:r>
            <w:r>
              <w:rPr>
                <w:sz w:val="20"/>
              </w:rPr>
              <w:t>n đ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>nh khi làm vi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>c.</w:t>
            </w:r>
          </w:p>
        </w:tc>
      </w:tr>
      <w:tr w:rsidR="008B550B" w14:paraId="6245A2EF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CCE6CF3" w14:textId="77777777" w:rsidR="008B550B" w:rsidRDefault="007539E0">
            <w:r>
              <w:rPr>
                <w:sz w:val="20"/>
              </w:rPr>
              <w:t>C</w:t>
            </w:r>
            <w:r>
              <w:rPr>
                <w:sz w:val="20"/>
              </w:rPr>
              <w:t>ổ</w:t>
            </w:r>
            <w:r>
              <w:rPr>
                <w:sz w:val="20"/>
              </w:rPr>
              <w:t>ng d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 / Đ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 n</w:t>
            </w:r>
            <w:r>
              <w:rPr>
                <w:sz w:val="20"/>
              </w:rPr>
              <w:t>ố</w:t>
            </w:r>
            <w:r>
              <w:rPr>
                <w:sz w:val="20"/>
              </w:rPr>
              <w:t>i nhanh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636757A" w14:textId="77777777" w:rsidR="008B550B" w:rsidRDefault="007539E0">
            <w:r>
              <w:rPr>
                <w:sz w:val="20"/>
              </w:rPr>
              <w:t>K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t n</w:t>
            </w:r>
            <w:r>
              <w:rPr>
                <w:sz w:val="20"/>
              </w:rPr>
              <w:t>ố</w:t>
            </w:r>
            <w:r>
              <w:rPr>
                <w:sz w:val="20"/>
              </w:rPr>
              <w:t>i v</w:t>
            </w:r>
            <w:r>
              <w:rPr>
                <w:sz w:val="20"/>
              </w:rPr>
              <w:t>ớ</w:t>
            </w:r>
            <w:r>
              <w:rPr>
                <w:sz w:val="20"/>
              </w:rPr>
              <w:t>i dây d</w:t>
            </w:r>
            <w:r>
              <w:rPr>
                <w:sz w:val="20"/>
              </w:rPr>
              <w:t>ầ</w:t>
            </w:r>
            <w:r>
              <w:rPr>
                <w:sz w:val="20"/>
              </w:rPr>
              <w:t>u, bơm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và ph</w:t>
            </w:r>
            <w:r>
              <w:rPr>
                <w:sz w:val="20"/>
              </w:rPr>
              <w:t>ụ</w:t>
            </w:r>
            <w:r>
              <w:rPr>
                <w:sz w:val="20"/>
              </w:rPr>
              <w:t xml:space="preserve"> ki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>n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c.</w:t>
            </w:r>
          </w:p>
        </w:tc>
      </w:tr>
      <w:tr w:rsidR="008B550B" w14:paraId="05E782CC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4888DF5" w14:textId="77777777" w:rsidR="008B550B" w:rsidRDefault="007539E0">
            <w:r>
              <w:rPr>
                <w:sz w:val="20"/>
              </w:rPr>
              <w:t>Đ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 xml:space="preserve"> kích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5BAAF65" w14:textId="77777777" w:rsidR="008B550B" w:rsidRDefault="007539E0">
            <w:r>
              <w:rPr>
                <w:sz w:val="20"/>
              </w:rPr>
              <w:t>Giúp kích đ</w:t>
            </w:r>
            <w:r>
              <w:rPr>
                <w:sz w:val="20"/>
              </w:rPr>
              <w:t>ứ</w:t>
            </w:r>
            <w:r>
              <w:rPr>
                <w:sz w:val="20"/>
              </w:rPr>
              <w:t>ng v</w:t>
            </w:r>
            <w:r>
              <w:rPr>
                <w:sz w:val="20"/>
              </w:rPr>
              <w:t>ữ</w:t>
            </w:r>
            <w:r>
              <w:rPr>
                <w:sz w:val="20"/>
              </w:rPr>
              <w:t>ng và phân b</w:t>
            </w:r>
            <w:r>
              <w:rPr>
                <w:sz w:val="20"/>
              </w:rPr>
              <w:t>ổ</w:t>
            </w:r>
            <w:r>
              <w:rPr>
                <w:sz w:val="20"/>
              </w:rPr>
              <w:t xml:space="preserve">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xu</w:t>
            </w:r>
            <w:r>
              <w:rPr>
                <w:sz w:val="20"/>
              </w:rPr>
              <w:t>ố</w:t>
            </w:r>
            <w:r>
              <w:rPr>
                <w:sz w:val="20"/>
              </w:rPr>
              <w:t>ng b</w:t>
            </w:r>
            <w:r>
              <w:rPr>
                <w:sz w:val="20"/>
              </w:rPr>
              <w:t>ề</w:t>
            </w:r>
            <w:r>
              <w:rPr>
                <w:sz w:val="20"/>
              </w:rPr>
              <w:t xml:space="preserve"> m</w:t>
            </w:r>
            <w:r>
              <w:rPr>
                <w:sz w:val="20"/>
              </w:rPr>
              <w:t>ặ</w:t>
            </w:r>
            <w:r>
              <w:rPr>
                <w:sz w:val="20"/>
              </w:rPr>
              <w:t>t ti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p xúc.</w:t>
            </w:r>
          </w:p>
        </w:tc>
      </w:tr>
    </w:tbl>
    <w:p w14:paraId="1D917C11" w14:textId="77777777" w:rsidR="008B550B" w:rsidRDefault="007539E0">
      <w:r>
        <w:br w:type="page"/>
      </w:r>
    </w:p>
    <w:p w14:paraId="7151553D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lastRenderedPageBreak/>
        <w:t>4. Đ</w:t>
      </w:r>
      <w:r>
        <w:rPr>
          <w:rFonts w:ascii="Arial" w:eastAsia="Arial" w:hAnsi="Arial"/>
          <w:color w:val="B00000"/>
          <w:sz w:val="36"/>
        </w:rPr>
        <w:t>ặ</w:t>
      </w:r>
      <w:r>
        <w:rPr>
          <w:rFonts w:ascii="Arial" w:eastAsia="Arial" w:hAnsi="Arial"/>
          <w:color w:val="B00000"/>
          <w:sz w:val="36"/>
        </w:rPr>
        <w:t>c đi</w:t>
      </w:r>
      <w:r>
        <w:rPr>
          <w:rFonts w:ascii="Arial" w:eastAsia="Arial" w:hAnsi="Arial"/>
          <w:color w:val="B00000"/>
          <w:sz w:val="36"/>
        </w:rPr>
        <w:t>ể</w:t>
      </w:r>
      <w:r>
        <w:rPr>
          <w:rFonts w:ascii="Arial" w:eastAsia="Arial" w:hAnsi="Arial"/>
          <w:color w:val="B00000"/>
          <w:sz w:val="36"/>
        </w:rPr>
        <w:t>m n</w:t>
      </w:r>
      <w:r>
        <w:rPr>
          <w:rFonts w:ascii="Arial" w:eastAsia="Arial" w:hAnsi="Arial"/>
          <w:color w:val="B00000"/>
          <w:sz w:val="36"/>
        </w:rPr>
        <w:t>ổ</w:t>
      </w:r>
      <w:r>
        <w:rPr>
          <w:rFonts w:ascii="Arial" w:eastAsia="Arial" w:hAnsi="Arial"/>
          <w:color w:val="B00000"/>
          <w:sz w:val="36"/>
        </w:rPr>
        <w:t>i b</w:t>
      </w:r>
      <w:r>
        <w:rPr>
          <w:rFonts w:ascii="Arial" w:eastAsia="Arial" w:hAnsi="Arial"/>
          <w:color w:val="B00000"/>
          <w:sz w:val="36"/>
        </w:rPr>
        <w:t>ậ</w:t>
      </w:r>
      <w:r>
        <w:rPr>
          <w:rFonts w:ascii="Arial" w:eastAsia="Arial" w:hAnsi="Arial"/>
          <w:color w:val="B00000"/>
          <w:sz w:val="36"/>
        </w:rPr>
        <w:t>t</w:t>
      </w:r>
      <w:r>
        <w:rPr>
          <w:rFonts w:ascii="Arial" w:eastAsia="Arial" w:hAnsi="Arial"/>
          <w:color w:val="B00000"/>
          <w:sz w:val="36"/>
        </w:rPr>
        <w:t xml:space="preserve"> và </w:t>
      </w:r>
      <w:r>
        <w:rPr>
          <w:rFonts w:ascii="Arial" w:eastAsia="Arial" w:hAnsi="Arial"/>
          <w:color w:val="B00000"/>
          <w:sz w:val="36"/>
        </w:rPr>
        <w:t>ứ</w:t>
      </w:r>
      <w:r>
        <w:rPr>
          <w:rFonts w:ascii="Arial" w:eastAsia="Arial" w:hAnsi="Arial"/>
          <w:color w:val="B00000"/>
          <w:sz w:val="36"/>
        </w:rPr>
        <w:t>ng d</w:t>
      </w:r>
      <w:r>
        <w:rPr>
          <w:rFonts w:ascii="Arial" w:eastAsia="Arial" w:hAnsi="Arial"/>
          <w:color w:val="B00000"/>
          <w:sz w:val="36"/>
        </w:rPr>
        <w:t>ụ</w:t>
      </w:r>
      <w:r>
        <w:rPr>
          <w:rFonts w:ascii="Arial" w:eastAsia="Arial" w:hAnsi="Arial"/>
          <w:color w:val="B00000"/>
          <w:sz w:val="36"/>
        </w:rPr>
        <w:t>ng</w:t>
      </w:r>
    </w:p>
    <w:p w14:paraId="584006C9" w14:textId="77777777" w:rsidR="008B550B" w:rsidRDefault="007539E0">
      <w:pPr>
        <w:pStyle w:val="Heading2"/>
        <w:spacing w:before="160" w:after="120"/>
      </w:pPr>
      <w:r>
        <w:rPr>
          <w:rFonts w:ascii="Arial" w:eastAsia="Arial" w:hAnsi="Arial"/>
          <w:color w:val="0B1F3A"/>
          <w:sz w:val="30"/>
        </w:rPr>
        <w:t>Đ</w:t>
      </w:r>
      <w:r>
        <w:rPr>
          <w:rFonts w:ascii="Arial" w:eastAsia="Arial" w:hAnsi="Arial"/>
          <w:color w:val="0B1F3A"/>
          <w:sz w:val="30"/>
        </w:rPr>
        <w:t>ặ</w:t>
      </w:r>
      <w:r>
        <w:rPr>
          <w:rFonts w:ascii="Arial" w:eastAsia="Arial" w:hAnsi="Arial"/>
          <w:color w:val="0B1F3A"/>
          <w:sz w:val="30"/>
        </w:rPr>
        <w:t>c đi</w:t>
      </w:r>
      <w:r>
        <w:rPr>
          <w:rFonts w:ascii="Arial" w:eastAsia="Arial" w:hAnsi="Arial"/>
          <w:color w:val="0B1F3A"/>
          <w:sz w:val="30"/>
        </w:rPr>
        <w:t>ể</w:t>
      </w:r>
      <w:r>
        <w:rPr>
          <w:rFonts w:ascii="Arial" w:eastAsia="Arial" w:hAnsi="Arial"/>
          <w:color w:val="0B1F3A"/>
          <w:sz w:val="30"/>
        </w:rPr>
        <w:t>m n</w:t>
      </w:r>
      <w:r>
        <w:rPr>
          <w:rFonts w:ascii="Arial" w:eastAsia="Arial" w:hAnsi="Arial"/>
          <w:color w:val="0B1F3A"/>
          <w:sz w:val="30"/>
        </w:rPr>
        <w:t>ổ</w:t>
      </w:r>
      <w:r>
        <w:rPr>
          <w:rFonts w:ascii="Arial" w:eastAsia="Arial" w:hAnsi="Arial"/>
          <w:color w:val="0B1F3A"/>
          <w:sz w:val="30"/>
        </w:rPr>
        <w:t>i b</w:t>
      </w:r>
      <w:r>
        <w:rPr>
          <w:rFonts w:ascii="Arial" w:eastAsia="Arial" w:hAnsi="Arial"/>
          <w:color w:val="0B1F3A"/>
          <w:sz w:val="30"/>
        </w:rPr>
        <w:t>ậ</w:t>
      </w:r>
      <w:r>
        <w:rPr>
          <w:rFonts w:ascii="Arial" w:eastAsia="Arial" w:hAnsi="Arial"/>
          <w:color w:val="0B1F3A"/>
          <w:sz w:val="30"/>
        </w:rPr>
        <w:t>t</w:t>
      </w:r>
    </w:p>
    <w:p w14:paraId="2B513027" w14:textId="77777777" w:rsidR="008B550B" w:rsidRDefault="007539E0">
      <w:pPr>
        <w:pStyle w:val="ListBullet"/>
        <w:spacing w:after="60"/>
      </w:pPr>
      <w:r>
        <w:rPr>
          <w:sz w:val="21"/>
        </w:rPr>
        <w:t>Thi</w:t>
      </w:r>
      <w:r>
        <w:rPr>
          <w:sz w:val="21"/>
        </w:rPr>
        <w:t>ế</w:t>
      </w:r>
      <w:r>
        <w:rPr>
          <w:sz w:val="21"/>
        </w:rPr>
        <w:t>t k</w:t>
      </w:r>
      <w:r>
        <w:rPr>
          <w:sz w:val="21"/>
        </w:rPr>
        <w:t>ế</w:t>
      </w:r>
      <w:r>
        <w:rPr>
          <w:sz w:val="21"/>
        </w:rPr>
        <w:t xml:space="preserve"> đơn gi</w:t>
      </w:r>
      <w:r>
        <w:rPr>
          <w:sz w:val="21"/>
        </w:rPr>
        <w:t>ả</w:t>
      </w:r>
      <w:r>
        <w:rPr>
          <w:sz w:val="21"/>
        </w:rPr>
        <w:t>n, d</w:t>
      </w:r>
      <w:r>
        <w:rPr>
          <w:sz w:val="21"/>
        </w:rPr>
        <w:t>ễ</w:t>
      </w:r>
      <w:r>
        <w:rPr>
          <w:sz w:val="21"/>
        </w:rPr>
        <w:t xml:space="preserve"> s</w:t>
      </w:r>
      <w:r>
        <w:rPr>
          <w:sz w:val="21"/>
        </w:rPr>
        <w:t>ử</w:t>
      </w:r>
      <w:r>
        <w:rPr>
          <w:sz w:val="21"/>
        </w:rPr>
        <w:t xml:space="preserve"> d</w:t>
      </w:r>
      <w:r>
        <w:rPr>
          <w:sz w:val="21"/>
        </w:rPr>
        <w:t>ụ</w:t>
      </w:r>
      <w:r>
        <w:rPr>
          <w:sz w:val="21"/>
        </w:rPr>
        <w:t>ng và phù h</w:t>
      </w:r>
      <w:r>
        <w:rPr>
          <w:sz w:val="21"/>
        </w:rPr>
        <w:t>ợ</w:t>
      </w:r>
      <w:r>
        <w:rPr>
          <w:sz w:val="21"/>
        </w:rPr>
        <w:t>p nhi</w:t>
      </w:r>
      <w:r>
        <w:rPr>
          <w:sz w:val="21"/>
        </w:rPr>
        <w:t>ề</w:t>
      </w:r>
      <w:r>
        <w:rPr>
          <w:sz w:val="21"/>
        </w:rPr>
        <w:t>u môi trư</w:t>
      </w:r>
      <w:r>
        <w:rPr>
          <w:sz w:val="21"/>
        </w:rPr>
        <w:t>ờ</w:t>
      </w:r>
      <w:r>
        <w:rPr>
          <w:sz w:val="21"/>
        </w:rPr>
        <w:t>ng làm vi</w:t>
      </w:r>
      <w:r>
        <w:rPr>
          <w:sz w:val="21"/>
        </w:rPr>
        <w:t>ệ</w:t>
      </w:r>
      <w:r>
        <w:rPr>
          <w:sz w:val="21"/>
        </w:rPr>
        <w:t>c.</w:t>
      </w:r>
    </w:p>
    <w:p w14:paraId="64B1078E" w14:textId="77777777" w:rsidR="008B550B" w:rsidRDefault="007539E0">
      <w:pPr>
        <w:pStyle w:val="ListBullet"/>
        <w:spacing w:after="60"/>
      </w:pPr>
      <w:r>
        <w:rPr>
          <w:sz w:val="21"/>
        </w:rPr>
        <w:t>L</w:t>
      </w:r>
      <w:r>
        <w:rPr>
          <w:sz w:val="21"/>
        </w:rPr>
        <w:t>ự</w:t>
      </w:r>
      <w:r>
        <w:rPr>
          <w:sz w:val="21"/>
        </w:rPr>
        <w:t>c nâng m</w:t>
      </w:r>
      <w:r>
        <w:rPr>
          <w:sz w:val="21"/>
        </w:rPr>
        <w:t>ạ</w:t>
      </w:r>
      <w:r>
        <w:rPr>
          <w:sz w:val="21"/>
        </w:rPr>
        <w:t>nh, ho</w:t>
      </w:r>
      <w:r>
        <w:rPr>
          <w:sz w:val="21"/>
        </w:rPr>
        <w:t>ạ</w:t>
      </w:r>
      <w:r>
        <w:rPr>
          <w:sz w:val="21"/>
        </w:rPr>
        <w:t>t đ</w:t>
      </w:r>
      <w:r>
        <w:rPr>
          <w:sz w:val="21"/>
        </w:rPr>
        <w:t>ộ</w:t>
      </w:r>
      <w:r>
        <w:rPr>
          <w:sz w:val="21"/>
        </w:rPr>
        <w:t xml:space="preserve">ng </w:t>
      </w:r>
      <w:r>
        <w:rPr>
          <w:sz w:val="21"/>
        </w:rPr>
        <w:t>ổ</w:t>
      </w:r>
      <w:r>
        <w:rPr>
          <w:sz w:val="21"/>
        </w:rPr>
        <w:t>n đ</w:t>
      </w:r>
      <w:r>
        <w:rPr>
          <w:sz w:val="21"/>
        </w:rPr>
        <w:t>ị</w:t>
      </w:r>
      <w:r>
        <w:rPr>
          <w:sz w:val="21"/>
        </w:rPr>
        <w:t>nh khi k</w:t>
      </w:r>
      <w:r>
        <w:rPr>
          <w:sz w:val="21"/>
        </w:rPr>
        <w:t>ế</w:t>
      </w:r>
      <w:r>
        <w:rPr>
          <w:sz w:val="21"/>
        </w:rPr>
        <w:t>t h</w:t>
      </w:r>
      <w:r>
        <w:rPr>
          <w:sz w:val="21"/>
        </w:rPr>
        <w:t>ợ</w:t>
      </w:r>
      <w:r>
        <w:rPr>
          <w:sz w:val="21"/>
        </w:rPr>
        <w:t>p đúng bơm và dây d</w:t>
      </w:r>
      <w:r>
        <w:rPr>
          <w:sz w:val="21"/>
        </w:rPr>
        <w:t>ầ</w:t>
      </w:r>
      <w:r>
        <w:rPr>
          <w:sz w:val="21"/>
        </w:rPr>
        <w:t>u.</w:t>
      </w:r>
    </w:p>
    <w:p w14:paraId="767BC60C" w14:textId="77777777" w:rsidR="008B550B" w:rsidRDefault="007539E0">
      <w:pPr>
        <w:pStyle w:val="ListBullet"/>
        <w:spacing w:after="60"/>
      </w:pPr>
      <w:r>
        <w:rPr>
          <w:sz w:val="21"/>
        </w:rPr>
        <w:t>Có nhi</w:t>
      </w:r>
      <w:r>
        <w:rPr>
          <w:sz w:val="21"/>
        </w:rPr>
        <w:t>ề</w:t>
      </w:r>
      <w:r>
        <w:rPr>
          <w:sz w:val="21"/>
        </w:rPr>
        <w:t>u m</w:t>
      </w:r>
      <w:r>
        <w:rPr>
          <w:sz w:val="21"/>
        </w:rPr>
        <w:t>ứ</w:t>
      </w:r>
      <w:r>
        <w:rPr>
          <w:sz w:val="21"/>
        </w:rPr>
        <w:t>c t</w:t>
      </w:r>
      <w:r>
        <w:rPr>
          <w:sz w:val="21"/>
        </w:rPr>
        <w:t>ả</w:t>
      </w:r>
      <w:r>
        <w:rPr>
          <w:sz w:val="21"/>
        </w:rPr>
        <w:t>i tr</w:t>
      </w:r>
      <w:r>
        <w:rPr>
          <w:sz w:val="21"/>
        </w:rPr>
        <w:t>ọ</w:t>
      </w:r>
      <w:r>
        <w:rPr>
          <w:sz w:val="21"/>
        </w:rPr>
        <w:t>ng và hành trình đ</w:t>
      </w:r>
      <w:r>
        <w:rPr>
          <w:sz w:val="21"/>
        </w:rPr>
        <w:t>ể</w:t>
      </w:r>
      <w:r>
        <w:rPr>
          <w:sz w:val="21"/>
        </w:rPr>
        <w:t xml:space="preserve"> l</w:t>
      </w:r>
      <w:r>
        <w:rPr>
          <w:sz w:val="21"/>
        </w:rPr>
        <w:t>ự</w:t>
      </w:r>
      <w:r>
        <w:rPr>
          <w:sz w:val="21"/>
        </w:rPr>
        <w:t>a ch</w:t>
      </w:r>
      <w:r>
        <w:rPr>
          <w:sz w:val="21"/>
        </w:rPr>
        <w:t>ọ</w:t>
      </w:r>
      <w:r>
        <w:rPr>
          <w:sz w:val="21"/>
        </w:rPr>
        <w:t>n theo nhu c</w:t>
      </w:r>
      <w:r>
        <w:rPr>
          <w:sz w:val="21"/>
        </w:rPr>
        <w:t>ầ</w:t>
      </w:r>
      <w:r>
        <w:rPr>
          <w:sz w:val="21"/>
        </w:rPr>
        <w:t>u th</w:t>
      </w:r>
      <w:r>
        <w:rPr>
          <w:sz w:val="21"/>
        </w:rPr>
        <w:t>ự</w:t>
      </w:r>
      <w:r>
        <w:rPr>
          <w:sz w:val="21"/>
        </w:rPr>
        <w:t>c t</w:t>
      </w:r>
      <w:r>
        <w:rPr>
          <w:sz w:val="21"/>
        </w:rPr>
        <w:t>ế</w:t>
      </w:r>
      <w:r>
        <w:rPr>
          <w:sz w:val="21"/>
        </w:rPr>
        <w:t>.</w:t>
      </w:r>
    </w:p>
    <w:p w14:paraId="0569B70B" w14:textId="77777777" w:rsidR="008B550B" w:rsidRDefault="007539E0">
      <w:pPr>
        <w:pStyle w:val="ListBullet"/>
        <w:spacing w:after="60"/>
      </w:pPr>
      <w:r>
        <w:rPr>
          <w:sz w:val="21"/>
        </w:rPr>
        <w:t>D</w:t>
      </w:r>
      <w:r>
        <w:rPr>
          <w:sz w:val="21"/>
        </w:rPr>
        <w:t>ễ</w:t>
      </w:r>
      <w:r>
        <w:rPr>
          <w:sz w:val="21"/>
        </w:rPr>
        <w:t xml:space="preserve"> k</w:t>
      </w:r>
      <w:r>
        <w:rPr>
          <w:sz w:val="21"/>
        </w:rPr>
        <w:t>ế</w:t>
      </w:r>
      <w:r>
        <w:rPr>
          <w:sz w:val="21"/>
        </w:rPr>
        <w:t>t h</w:t>
      </w:r>
      <w:r>
        <w:rPr>
          <w:sz w:val="21"/>
        </w:rPr>
        <w:t>ợ</w:t>
      </w:r>
      <w:r>
        <w:rPr>
          <w:sz w:val="21"/>
        </w:rPr>
        <w:t>p v</w:t>
      </w:r>
      <w:r>
        <w:rPr>
          <w:sz w:val="21"/>
        </w:rPr>
        <w:t>ớ</w:t>
      </w:r>
      <w:r>
        <w:rPr>
          <w:sz w:val="21"/>
        </w:rPr>
        <w:t xml:space="preserve">i bơm </w:t>
      </w:r>
      <w:r>
        <w:rPr>
          <w:sz w:val="21"/>
        </w:rPr>
        <w:t>tay 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c, bơm đi</w:t>
      </w:r>
      <w:r>
        <w:rPr>
          <w:sz w:val="21"/>
        </w:rPr>
        <w:t>ệ</w:t>
      </w:r>
      <w:r>
        <w:rPr>
          <w:sz w:val="21"/>
        </w:rPr>
        <w:t>n 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c, đ</w:t>
      </w:r>
      <w:r>
        <w:rPr>
          <w:sz w:val="21"/>
        </w:rPr>
        <w:t>ồ</w:t>
      </w:r>
      <w:r>
        <w:rPr>
          <w:sz w:val="21"/>
        </w:rPr>
        <w:t>ng h</w:t>
      </w:r>
      <w:r>
        <w:rPr>
          <w:sz w:val="21"/>
        </w:rPr>
        <w:t>ồ</w:t>
      </w:r>
      <w:r>
        <w:rPr>
          <w:sz w:val="21"/>
        </w:rPr>
        <w:t xml:space="preserve"> áp su</w:t>
      </w:r>
      <w:r>
        <w:rPr>
          <w:sz w:val="21"/>
        </w:rPr>
        <w:t>ấ</w:t>
      </w:r>
      <w:r>
        <w:rPr>
          <w:sz w:val="21"/>
        </w:rPr>
        <w:t>t và đ</w:t>
      </w:r>
      <w:r>
        <w:rPr>
          <w:sz w:val="21"/>
        </w:rPr>
        <w:t>ầ</w:t>
      </w:r>
      <w:r>
        <w:rPr>
          <w:sz w:val="21"/>
        </w:rPr>
        <w:t>u n</w:t>
      </w:r>
      <w:r>
        <w:rPr>
          <w:sz w:val="21"/>
        </w:rPr>
        <w:t>ố</w:t>
      </w:r>
      <w:r>
        <w:rPr>
          <w:sz w:val="21"/>
        </w:rPr>
        <w:t>i nhanh.</w:t>
      </w:r>
    </w:p>
    <w:p w14:paraId="439FDE10" w14:textId="77777777" w:rsidR="008B550B" w:rsidRDefault="007539E0">
      <w:pPr>
        <w:pStyle w:val="ListBullet"/>
        <w:spacing w:after="60"/>
      </w:pPr>
      <w:r>
        <w:rPr>
          <w:sz w:val="21"/>
        </w:rPr>
        <w:t>Chi phí s</w:t>
      </w:r>
      <w:r>
        <w:rPr>
          <w:sz w:val="21"/>
        </w:rPr>
        <w:t>ử</w:t>
      </w:r>
      <w:r>
        <w:rPr>
          <w:sz w:val="21"/>
        </w:rPr>
        <w:t xml:space="preserve"> d</w:t>
      </w:r>
      <w:r>
        <w:rPr>
          <w:sz w:val="21"/>
        </w:rPr>
        <w:t>ụ</w:t>
      </w:r>
      <w:r>
        <w:rPr>
          <w:sz w:val="21"/>
        </w:rPr>
        <w:t>ng h</w:t>
      </w:r>
      <w:r>
        <w:rPr>
          <w:sz w:val="21"/>
        </w:rPr>
        <w:t>ợ</w:t>
      </w:r>
      <w:r>
        <w:rPr>
          <w:sz w:val="21"/>
        </w:rPr>
        <w:t>p lý, d</w:t>
      </w:r>
      <w:r>
        <w:rPr>
          <w:sz w:val="21"/>
        </w:rPr>
        <w:t>ễ</w:t>
      </w:r>
      <w:r>
        <w:rPr>
          <w:sz w:val="21"/>
        </w:rPr>
        <w:t xml:space="preserve"> b</w:t>
      </w:r>
      <w:r>
        <w:rPr>
          <w:sz w:val="21"/>
        </w:rPr>
        <w:t>ả</w:t>
      </w:r>
      <w:r>
        <w:rPr>
          <w:sz w:val="21"/>
        </w:rPr>
        <w:t>o trì và thay th</w:t>
      </w:r>
      <w:r>
        <w:rPr>
          <w:sz w:val="21"/>
        </w:rPr>
        <w:t>ế</w:t>
      </w:r>
      <w:r>
        <w:rPr>
          <w:sz w:val="21"/>
        </w:rPr>
        <w:t xml:space="preserve"> ph</w:t>
      </w:r>
      <w:r>
        <w:rPr>
          <w:sz w:val="21"/>
        </w:rPr>
        <w:t>ụ</w:t>
      </w:r>
      <w:r>
        <w:rPr>
          <w:sz w:val="21"/>
        </w:rPr>
        <w:t xml:space="preserve"> ki</w:t>
      </w:r>
      <w:r>
        <w:rPr>
          <w:sz w:val="21"/>
        </w:rPr>
        <w:t>ệ</w:t>
      </w:r>
      <w:r>
        <w:rPr>
          <w:sz w:val="21"/>
        </w:rPr>
        <w:t>n.</w:t>
      </w:r>
    </w:p>
    <w:p w14:paraId="6716E713" w14:textId="77777777" w:rsidR="008B550B" w:rsidRDefault="007539E0">
      <w:pPr>
        <w:pStyle w:val="Heading2"/>
        <w:spacing w:before="160" w:after="120"/>
      </w:pPr>
      <w:r>
        <w:rPr>
          <w:rFonts w:ascii="Arial" w:eastAsia="Arial" w:hAnsi="Arial"/>
          <w:color w:val="0B1F3A"/>
          <w:sz w:val="30"/>
        </w:rPr>
        <w:t>Ứ</w:t>
      </w:r>
      <w:r>
        <w:rPr>
          <w:rFonts w:ascii="Arial" w:eastAsia="Arial" w:hAnsi="Arial"/>
          <w:color w:val="0B1F3A"/>
          <w:sz w:val="30"/>
        </w:rPr>
        <w:t>ng d</w:t>
      </w:r>
      <w:r>
        <w:rPr>
          <w:rFonts w:ascii="Arial" w:eastAsia="Arial" w:hAnsi="Arial"/>
          <w:color w:val="0B1F3A"/>
          <w:sz w:val="30"/>
        </w:rPr>
        <w:t>ụ</w:t>
      </w:r>
      <w:r>
        <w:rPr>
          <w:rFonts w:ascii="Arial" w:eastAsia="Arial" w:hAnsi="Arial"/>
          <w:color w:val="0B1F3A"/>
          <w:sz w:val="30"/>
        </w:rPr>
        <w:t>ng thư</w:t>
      </w:r>
      <w:r>
        <w:rPr>
          <w:rFonts w:ascii="Arial" w:eastAsia="Arial" w:hAnsi="Arial"/>
          <w:color w:val="0B1F3A"/>
          <w:sz w:val="30"/>
        </w:rPr>
        <w:t>ờ</w:t>
      </w:r>
      <w:r>
        <w:rPr>
          <w:rFonts w:ascii="Arial" w:eastAsia="Arial" w:hAnsi="Arial"/>
          <w:color w:val="0B1F3A"/>
          <w:sz w:val="30"/>
        </w:rPr>
        <w:t>ng g</w:t>
      </w:r>
      <w:r>
        <w:rPr>
          <w:rFonts w:ascii="Arial" w:eastAsia="Arial" w:hAnsi="Arial"/>
          <w:color w:val="0B1F3A"/>
          <w:sz w:val="30"/>
        </w:rPr>
        <w:t>ặ</w:t>
      </w:r>
      <w:r>
        <w:rPr>
          <w:rFonts w:ascii="Arial" w:eastAsia="Arial" w:hAnsi="Arial"/>
          <w:color w:val="0B1F3A"/>
          <w:sz w:val="30"/>
        </w:rPr>
        <w:t>p</w:t>
      </w:r>
    </w:p>
    <w:p w14:paraId="74ABA6E1" w14:textId="77777777" w:rsidR="008B550B" w:rsidRDefault="007539E0">
      <w:pPr>
        <w:pStyle w:val="ListBullet"/>
        <w:spacing w:after="60"/>
      </w:pPr>
      <w:r>
        <w:rPr>
          <w:sz w:val="21"/>
        </w:rPr>
        <w:t>Nâng h</w:t>
      </w:r>
      <w:r>
        <w:rPr>
          <w:sz w:val="21"/>
        </w:rPr>
        <w:t>ạ</w:t>
      </w:r>
      <w:r>
        <w:rPr>
          <w:sz w:val="21"/>
        </w:rPr>
        <w:t>, căn ch</w:t>
      </w:r>
      <w:r>
        <w:rPr>
          <w:sz w:val="21"/>
        </w:rPr>
        <w:t>ỉ</w:t>
      </w:r>
      <w:r>
        <w:rPr>
          <w:sz w:val="21"/>
        </w:rPr>
        <w:t>nh máy móc và thi</w:t>
      </w:r>
      <w:r>
        <w:rPr>
          <w:sz w:val="21"/>
        </w:rPr>
        <w:t>ế</w:t>
      </w:r>
      <w:r>
        <w:rPr>
          <w:sz w:val="21"/>
        </w:rPr>
        <w:t>t b</w:t>
      </w:r>
      <w:r>
        <w:rPr>
          <w:sz w:val="21"/>
        </w:rPr>
        <w:t>ị</w:t>
      </w:r>
      <w:r>
        <w:rPr>
          <w:sz w:val="21"/>
        </w:rPr>
        <w:t xml:space="preserve"> công nghi</w:t>
      </w:r>
      <w:r>
        <w:rPr>
          <w:sz w:val="21"/>
        </w:rPr>
        <w:t>ệ</w:t>
      </w:r>
      <w:r>
        <w:rPr>
          <w:sz w:val="21"/>
        </w:rPr>
        <w:t>p.</w:t>
      </w:r>
    </w:p>
    <w:p w14:paraId="782E03EA" w14:textId="77777777" w:rsidR="008B550B" w:rsidRDefault="007539E0">
      <w:pPr>
        <w:pStyle w:val="ListBullet"/>
        <w:spacing w:after="60"/>
      </w:pPr>
      <w:r>
        <w:rPr>
          <w:sz w:val="21"/>
        </w:rPr>
        <w:t>Ép, đ</w:t>
      </w:r>
      <w:r>
        <w:rPr>
          <w:sz w:val="21"/>
        </w:rPr>
        <w:t>ẩ</w:t>
      </w:r>
      <w:r>
        <w:rPr>
          <w:sz w:val="21"/>
        </w:rPr>
        <w:t>y, tháo l</w:t>
      </w:r>
      <w:r>
        <w:rPr>
          <w:sz w:val="21"/>
        </w:rPr>
        <w:t>ắ</w:t>
      </w:r>
      <w:r>
        <w:rPr>
          <w:sz w:val="21"/>
        </w:rPr>
        <w:t>p chi ti</w:t>
      </w:r>
      <w:r>
        <w:rPr>
          <w:sz w:val="21"/>
        </w:rPr>
        <w:t>ế</w:t>
      </w:r>
      <w:r>
        <w:rPr>
          <w:sz w:val="21"/>
        </w:rPr>
        <w:t>t trong xư</w:t>
      </w:r>
      <w:r>
        <w:rPr>
          <w:sz w:val="21"/>
        </w:rPr>
        <w:t>ở</w:t>
      </w:r>
      <w:r>
        <w:rPr>
          <w:sz w:val="21"/>
        </w:rPr>
        <w:t>ng cơ khí.</w:t>
      </w:r>
    </w:p>
    <w:p w14:paraId="185923B8" w14:textId="77777777" w:rsidR="008B550B" w:rsidRDefault="007539E0">
      <w:pPr>
        <w:pStyle w:val="ListBullet"/>
        <w:spacing w:after="60"/>
      </w:pPr>
      <w:r>
        <w:rPr>
          <w:sz w:val="21"/>
        </w:rPr>
        <w:t xml:space="preserve">Căn </w:t>
      </w:r>
      <w:r>
        <w:rPr>
          <w:sz w:val="21"/>
        </w:rPr>
        <w:t>ch</w:t>
      </w:r>
      <w:r>
        <w:rPr>
          <w:sz w:val="21"/>
        </w:rPr>
        <w:t>ỉ</w:t>
      </w:r>
      <w:r>
        <w:rPr>
          <w:sz w:val="21"/>
        </w:rPr>
        <w:t>nh k</w:t>
      </w:r>
      <w:r>
        <w:rPr>
          <w:sz w:val="21"/>
        </w:rPr>
        <w:t>ế</w:t>
      </w:r>
      <w:r>
        <w:rPr>
          <w:sz w:val="21"/>
        </w:rPr>
        <w:t>t c</w:t>
      </w:r>
      <w:r>
        <w:rPr>
          <w:sz w:val="21"/>
        </w:rPr>
        <w:t>ấ</w:t>
      </w:r>
      <w:r>
        <w:rPr>
          <w:sz w:val="21"/>
        </w:rPr>
        <w:t>u thép, d</w:t>
      </w:r>
      <w:r>
        <w:rPr>
          <w:sz w:val="21"/>
        </w:rPr>
        <w:t>ầ</w:t>
      </w:r>
      <w:r>
        <w:rPr>
          <w:sz w:val="21"/>
        </w:rPr>
        <w:t>m, khung máy và thi</w:t>
      </w:r>
      <w:r>
        <w:rPr>
          <w:sz w:val="21"/>
        </w:rPr>
        <w:t>ế</w:t>
      </w:r>
      <w:r>
        <w:rPr>
          <w:sz w:val="21"/>
        </w:rPr>
        <w:t>t b</w:t>
      </w:r>
      <w:r>
        <w:rPr>
          <w:sz w:val="21"/>
        </w:rPr>
        <w:t>ị</w:t>
      </w:r>
      <w:r>
        <w:rPr>
          <w:sz w:val="21"/>
        </w:rPr>
        <w:t xml:space="preserve"> n</w:t>
      </w:r>
      <w:r>
        <w:rPr>
          <w:sz w:val="21"/>
        </w:rPr>
        <w:t>ặ</w:t>
      </w:r>
      <w:r>
        <w:rPr>
          <w:sz w:val="21"/>
        </w:rPr>
        <w:t>ng.</w:t>
      </w:r>
    </w:p>
    <w:p w14:paraId="2EBBF920" w14:textId="77777777" w:rsidR="008B550B" w:rsidRDefault="007539E0">
      <w:pPr>
        <w:pStyle w:val="ListBullet"/>
        <w:spacing w:after="60"/>
      </w:pPr>
      <w:r>
        <w:rPr>
          <w:sz w:val="21"/>
        </w:rPr>
        <w:t>B</w:t>
      </w:r>
      <w:r>
        <w:rPr>
          <w:sz w:val="21"/>
        </w:rPr>
        <w:t>ả</w:t>
      </w:r>
      <w:r>
        <w:rPr>
          <w:sz w:val="21"/>
        </w:rPr>
        <w:t>o trì, s</w:t>
      </w:r>
      <w:r>
        <w:rPr>
          <w:sz w:val="21"/>
        </w:rPr>
        <w:t>ử</w:t>
      </w:r>
      <w:r>
        <w:rPr>
          <w:sz w:val="21"/>
        </w:rPr>
        <w:t>a ch</w:t>
      </w:r>
      <w:r>
        <w:rPr>
          <w:sz w:val="21"/>
        </w:rPr>
        <w:t>ữ</w:t>
      </w:r>
      <w:r>
        <w:rPr>
          <w:sz w:val="21"/>
        </w:rPr>
        <w:t>a trong nhà máy, công trình và ngành c</w:t>
      </w:r>
      <w:r>
        <w:rPr>
          <w:sz w:val="21"/>
        </w:rPr>
        <w:t>ầ</w:t>
      </w:r>
      <w:r>
        <w:rPr>
          <w:sz w:val="21"/>
        </w:rPr>
        <w:t>u đư</w:t>
      </w:r>
      <w:r>
        <w:rPr>
          <w:sz w:val="21"/>
        </w:rPr>
        <w:t>ờ</w:t>
      </w:r>
      <w:r>
        <w:rPr>
          <w:sz w:val="21"/>
        </w:rPr>
        <w:t>ng.</w:t>
      </w:r>
    </w:p>
    <w:p w14:paraId="7C510BB3" w14:textId="77777777" w:rsidR="008B550B" w:rsidRDefault="007539E0">
      <w:pPr>
        <w:pStyle w:val="ListBullet"/>
        <w:spacing w:after="60"/>
      </w:pPr>
      <w:r>
        <w:rPr>
          <w:sz w:val="21"/>
        </w:rPr>
        <w:t>H</w:t>
      </w:r>
      <w:r>
        <w:rPr>
          <w:sz w:val="21"/>
        </w:rPr>
        <w:t>ỗ</w:t>
      </w:r>
      <w:r>
        <w:rPr>
          <w:sz w:val="21"/>
        </w:rPr>
        <w:t xml:space="preserve"> tr</w:t>
      </w:r>
      <w:r>
        <w:rPr>
          <w:sz w:val="21"/>
        </w:rPr>
        <w:t>ợ</w:t>
      </w:r>
      <w:r>
        <w:rPr>
          <w:sz w:val="21"/>
        </w:rPr>
        <w:t xml:space="preserve"> l</w:t>
      </w:r>
      <w:r>
        <w:rPr>
          <w:sz w:val="21"/>
        </w:rPr>
        <w:t>ắ</w:t>
      </w:r>
      <w:r>
        <w:rPr>
          <w:sz w:val="21"/>
        </w:rPr>
        <w:t>p đ</w:t>
      </w:r>
      <w:r>
        <w:rPr>
          <w:sz w:val="21"/>
        </w:rPr>
        <w:t>ặ</w:t>
      </w:r>
      <w:r>
        <w:rPr>
          <w:sz w:val="21"/>
        </w:rPr>
        <w:t>t dây chuy</w:t>
      </w:r>
      <w:r>
        <w:rPr>
          <w:sz w:val="21"/>
        </w:rPr>
        <w:t>ề</w:t>
      </w:r>
      <w:r>
        <w:rPr>
          <w:sz w:val="21"/>
        </w:rPr>
        <w:t>n s</w:t>
      </w:r>
      <w:r>
        <w:rPr>
          <w:sz w:val="21"/>
        </w:rPr>
        <w:t>ả</w:t>
      </w:r>
      <w:r>
        <w:rPr>
          <w:sz w:val="21"/>
        </w:rPr>
        <w:t>n xu</w:t>
      </w:r>
      <w:r>
        <w:rPr>
          <w:sz w:val="21"/>
        </w:rPr>
        <w:t>ấ</w:t>
      </w:r>
      <w:r>
        <w:rPr>
          <w:sz w:val="21"/>
        </w:rPr>
        <w:t>t, khuôn m</w:t>
      </w:r>
      <w:r>
        <w:rPr>
          <w:sz w:val="21"/>
        </w:rPr>
        <w:t>ẫ</w:t>
      </w:r>
      <w:r>
        <w:rPr>
          <w:sz w:val="21"/>
        </w:rPr>
        <w:t>u và thi</w:t>
      </w:r>
      <w:r>
        <w:rPr>
          <w:sz w:val="21"/>
        </w:rPr>
        <w:t>ế</w:t>
      </w:r>
      <w:r>
        <w:rPr>
          <w:sz w:val="21"/>
        </w:rPr>
        <w:t>t b</w:t>
      </w:r>
      <w:r>
        <w:rPr>
          <w:sz w:val="21"/>
        </w:rPr>
        <w:t>ị</w:t>
      </w:r>
      <w:r>
        <w:rPr>
          <w:sz w:val="21"/>
        </w:rPr>
        <w:t xml:space="preserve"> cơ khí.</w:t>
      </w:r>
    </w:p>
    <w:p w14:paraId="4C3AD261" w14:textId="77777777" w:rsidR="008B550B" w:rsidRDefault="007539E0">
      <w:pPr>
        <w:spacing w:after="60"/>
        <w:jc w:val="center"/>
      </w:pPr>
      <w:r>
        <w:rPr>
          <w:noProof/>
        </w:rPr>
        <w:drawing>
          <wp:inline distT="0" distB="0" distL="0" distR="0" wp14:anchorId="2228F527" wp14:editId="1851AEF7">
            <wp:extent cx="5669280" cy="3190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ners_hydraulic_cylinders_warehous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B2ED" w14:textId="77777777" w:rsidR="008B550B" w:rsidRDefault="007539E0">
      <w:pPr>
        <w:spacing w:after="160"/>
        <w:jc w:val="center"/>
      </w:pPr>
      <w:r>
        <w:rPr>
          <w:color w:val="666666"/>
          <w:sz w:val="18"/>
        </w:rPr>
        <w:t xml:space="preserve">Hình </w:t>
      </w:r>
      <w:r>
        <w:rPr>
          <w:color w:val="666666"/>
          <w:sz w:val="18"/>
        </w:rPr>
        <w:t>ả</w:t>
      </w:r>
      <w:r>
        <w:rPr>
          <w:color w:val="666666"/>
          <w:sz w:val="18"/>
        </w:rPr>
        <w:t>nh minh h</w:t>
      </w:r>
      <w:r>
        <w:rPr>
          <w:color w:val="666666"/>
          <w:sz w:val="18"/>
        </w:rPr>
        <w:t>ọ</w:t>
      </w:r>
      <w:r>
        <w:rPr>
          <w:color w:val="666666"/>
          <w:sz w:val="18"/>
        </w:rPr>
        <w:t>a các dòng kích th</w:t>
      </w:r>
      <w:r>
        <w:rPr>
          <w:color w:val="666666"/>
          <w:sz w:val="18"/>
        </w:rPr>
        <w:t>ủ</w:t>
      </w:r>
      <w:r>
        <w:rPr>
          <w:color w:val="666666"/>
          <w:sz w:val="18"/>
        </w:rPr>
        <w:t>y l</w:t>
      </w:r>
      <w:r>
        <w:rPr>
          <w:color w:val="666666"/>
          <w:sz w:val="18"/>
        </w:rPr>
        <w:t>ự</w:t>
      </w:r>
      <w:r>
        <w:rPr>
          <w:color w:val="666666"/>
          <w:sz w:val="18"/>
        </w:rPr>
        <w:t>c trong công nghi</w:t>
      </w:r>
      <w:r>
        <w:rPr>
          <w:color w:val="666666"/>
          <w:sz w:val="18"/>
        </w:rPr>
        <w:t>ệ</w:t>
      </w:r>
      <w:r>
        <w:rPr>
          <w:color w:val="666666"/>
          <w:sz w:val="18"/>
        </w:rPr>
        <w:t>p</w:t>
      </w:r>
    </w:p>
    <w:p w14:paraId="7ACDDFD9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t>5. Cách s</w:t>
      </w:r>
      <w:r>
        <w:rPr>
          <w:rFonts w:ascii="Arial" w:eastAsia="Arial" w:hAnsi="Arial"/>
          <w:color w:val="B00000"/>
          <w:sz w:val="36"/>
        </w:rPr>
        <w:t>ử</w:t>
      </w:r>
      <w:r>
        <w:rPr>
          <w:rFonts w:ascii="Arial" w:eastAsia="Arial" w:hAnsi="Arial"/>
          <w:color w:val="B00000"/>
          <w:sz w:val="36"/>
        </w:rPr>
        <w:t xml:space="preserve"> d</w:t>
      </w:r>
      <w:r>
        <w:rPr>
          <w:rFonts w:ascii="Arial" w:eastAsia="Arial" w:hAnsi="Arial"/>
          <w:color w:val="B00000"/>
          <w:sz w:val="36"/>
        </w:rPr>
        <w:t>ụ</w:t>
      </w:r>
      <w:r>
        <w:rPr>
          <w:rFonts w:ascii="Arial" w:eastAsia="Arial" w:hAnsi="Arial"/>
          <w:color w:val="B00000"/>
          <w:sz w:val="36"/>
        </w:rPr>
        <w:t>ng an toàn</w:t>
      </w:r>
    </w:p>
    <w:p w14:paraId="4711790C" w14:textId="77777777" w:rsidR="008B550B" w:rsidRDefault="007539E0">
      <w:pPr>
        <w:spacing w:after="120"/>
      </w:pPr>
      <w:r>
        <w:t>Đ</w:t>
      </w:r>
      <w:r>
        <w:t>ể</w:t>
      </w:r>
      <w:r>
        <w:t xml:space="preserve"> s</w:t>
      </w:r>
      <w:r>
        <w:t>ử</w:t>
      </w:r>
      <w:r>
        <w:t xml:space="preserve"> d</w:t>
      </w:r>
      <w:r>
        <w:t>ụ</w:t>
      </w:r>
      <w:r>
        <w:t>ng kích th</w:t>
      </w:r>
      <w:r>
        <w:t>ủ</w:t>
      </w:r>
      <w:r>
        <w:t>y l</w:t>
      </w:r>
      <w:r>
        <w:t>ự</w:t>
      </w:r>
      <w:r>
        <w:t>c 1 chi</w:t>
      </w:r>
      <w:r>
        <w:t>ề</w:t>
      </w:r>
      <w:r>
        <w:t>u an toàn, ngư</w:t>
      </w:r>
      <w:r>
        <w:t>ờ</w:t>
      </w:r>
      <w:r>
        <w:t>i v</w:t>
      </w:r>
      <w:r>
        <w:t>ậ</w:t>
      </w:r>
      <w:r>
        <w:t>n hành c</w:t>
      </w:r>
      <w:r>
        <w:t>ầ</w:t>
      </w:r>
      <w:r>
        <w:t>n ki</w:t>
      </w:r>
      <w:r>
        <w:t>ể</w:t>
      </w:r>
      <w:r>
        <w:t>m tra thi</w:t>
      </w:r>
      <w:r>
        <w:t>ế</w:t>
      </w:r>
      <w:r>
        <w:t>t b</w:t>
      </w:r>
      <w:r>
        <w:t>ị</w:t>
      </w:r>
      <w:r>
        <w:t xml:space="preserve"> trư</w:t>
      </w:r>
      <w:r>
        <w:t>ớ</w:t>
      </w:r>
      <w:r>
        <w:t>c khi làm vi</w:t>
      </w:r>
      <w:r>
        <w:t>ệ</w:t>
      </w:r>
      <w:r>
        <w:t>c, ch</w:t>
      </w:r>
      <w:r>
        <w:t>ọ</w:t>
      </w:r>
      <w:r>
        <w:t>n đúng t</w:t>
      </w:r>
      <w:r>
        <w:t>ả</w:t>
      </w:r>
      <w:r>
        <w:t>i tr</w:t>
      </w:r>
      <w:r>
        <w:t>ọ</w:t>
      </w:r>
      <w:r>
        <w:t>ng, đ</w:t>
      </w:r>
      <w:r>
        <w:t>ặ</w:t>
      </w:r>
      <w:r>
        <w:t>t kích đúng v</w:t>
      </w:r>
      <w:r>
        <w:t>ị</w:t>
      </w:r>
      <w:r>
        <w:t xml:space="preserve"> trí và không đ</w:t>
      </w:r>
      <w:r>
        <w:t>ứ</w:t>
      </w:r>
      <w:r>
        <w:t>ng dư</w:t>
      </w:r>
      <w:r>
        <w:t>ớ</w:t>
      </w:r>
      <w:r>
        <w:t>i t</w:t>
      </w:r>
      <w:r>
        <w:t>ả</w:t>
      </w:r>
      <w:r>
        <w:t>i khi đang nâng.</w:t>
      </w:r>
    </w:p>
    <w:p w14:paraId="045DACE3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Ki</w:t>
      </w:r>
      <w:r>
        <w:rPr>
          <w:sz w:val="21"/>
        </w:rPr>
        <w:t>ể</w:t>
      </w:r>
      <w:r>
        <w:rPr>
          <w:sz w:val="21"/>
        </w:rPr>
        <w:t>m tra thân kích, piston, c</w:t>
      </w:r>
      <w:r>
        <w:rPr>
          <w:sz w:val="21"/>
        </w:rPr>
        <w:t>ổ</w:t>
      </w:r>
      <w:r>
        <w:rPr>
          <w:sz w:val="21"/>
        </w:rPr>
        <w:t>ng d</w:t>
      </w:r>
      <w:r>
        <w:rPr>
          <w:sz w:val="21"/>
        </w:rPr>
        <w:t>ầ</w:t>
      </w:r>
      <w:r>
        <w:rPr>
          <w:sz w:val="21"/>
        </w:rPr>
        <w:t>u, dây d</w:t>
      </w:r>
      <w:r>
        <w:rPr>
          <w:sz w:val="21"/>
        </w:rPr>
        <w:t>ầ</w:t>
      </w:r>
      <w:r>
        <w:rPr>
          <w:sz w:val="21"/>
        </w:rPr>
        <w:t>u, đ</w:t>
      </w:r>
      <w:r>
        <w:rPr>
          <w:sz w:val="21"/>
        </w:rPr>
        <w:t>ầ</w:t>
      </w:r>
      <w:r>
        <w:rPr>
          <w:sz w:val="21"/>
        </w:rPr>
        <w:t>u n</w:t>
      </w:r>
      <w:r>
        <w:rPr>
          <w:sz w:val="21"/>
        </w:rPr>
        <w:t>ố</w:t>
      </w:r>
      <w:r>
        <w:rPr>
          <w:sz w:val="21"/>
        </w:rPr>
        <w:t>i nhanh và b</w:t>
      </w:r>
      <w:r>
        <w:rPr>
          <w:sz w:val="21"/>
        </w:rPr>
        <w:t>ơm 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c.</w:t>
      </w:r>
    </w:p>
    <w:p w14:paraId="18BE26AE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Đ</w:t>
      </w:r>
      <w:r>
        <w:rPr>
          <w:sz w:val="21"/>
        </w:rPr>
        <w:t>ặ</w:t>
      </w:r>
      <w:r>
        <w:rPr>
          <w:sz w:val="21"/>
        </w:rPr>
        <w:t>t kích trên b</w:t>
      </w:r>
      <w:r>
        <w:rPr>
          <w:sz w:val="21"/>
        </w:rPr>
        <w:t>ề</w:t>
      </w:r>
      <w:r>
        <w:rPr>
          <w:sz w:val="21"/>
        </w:rPr>
        <w:t xml:space="preserve"> m</w:t>
      </w:r>
      <w:r>
        <w:rPr>
          <w:sz w:val="21"/>
        </w:rPr>
        <w:t>ặ</w:t>
      </w:r>
      <w:r>
        <w:rPr>
          <w:sz w:val="21"/>
        </w:rPr>
        <w:t>t ch</w:t>
      </w:r>
      <w:r>
        <w:rPr>
          <w:sz w:val="21"/>
        </w:rPr>
        <w:t>ắ</w:t>
      </w:r>
      <w:r>
        <w:rPr>
          <w:sz w:val="21"/>
        </w:rPr>
        <w:t>c ch</w:t>
      </w:r>
      <w:r>
        <w:rPr>
          <w:sz w:val="21"/>
        </w:rPr>
        <w:t>ắ</w:t>
      </w:r>
      <w:r>
        <w:rPr>
          <w:sz w:val="21"/>
        </w:rPr>
        <w:t>n, b</w:t>
      </w:r>
      <w:r>
        <w:rPr>
          <w:sz w:val="21"/>
        </w:rPr>
        <w:t>ằ</w:t>
      </w:r>
      <w:r>
        <w:rPr>
          <w:sz w:val="21"/>
        </w:rPr>
        <w:t>ng ph</w:t>
      </w:r>
      <w:r>
        <w:rPr>
          <w:sz w:val="21"/>
        </w:rPr>
        <w:t>ẳ</w:t>
      </w:r>
      <w:r>
        <w:rPr>
          <w:sz w:val="21"/>
        </w:rPr>
        <w:t>ng và không trơn trư</w:t>
      </w:r>
      <w:r>
        <w:rPr>
          <w:sz w:val="21"/>
        </w:rPr>
        <w:t>ợ</w:t>
      </w:r>
      <w:r>
        <w:rPr>
          <w:sz w:val="21"/>
        </w:rPr>
        <w:t>t.</w:t>
      </w:r>
    </w:p>
    <w:p w14:paraId="51DEAD1D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Ch</w:t>
      </w:r>
      <w:r>
        <w:rPr>
          <w:sz w:val="21"/>
        </w:rPr>
        <w:t>ọ</w:t>
      </w:r>
      <w:r>
        <w:rPr>
          <w:sz w:val="21"/>
        </w:rPr>
        <w:t>n t</w:t>
      </w:r>
      <w:r>
        <w:rPr>
          <w:sz w:val="21"/>
        </w:rPr>
        <w:t>ả</w:t>
      </w:r>
      <w:r>
        <w:rPr>
          <w:sz w:val="21"/>
        </w:rPr>
        <w:t>i tr</w:t>
      </w:r>
      <w:r>
        <w:rPr>
          <w:sz w:val="21"/>
        </w:rPr>
        <w:t>ọ</w:t>
      </w:r>
      <w:r>
        <w:rPr>
          <w:sz w:val="21"/>
        </w:rPr>
        <w:t>ng kích l</w:t>
      </w:r>
      <w:r>
        <w:rPr>
          <w:sz w:val="21"/>
        </w:rPr>
        <w:t>ớ</w:t>
      </w:r>
      <w:r>
        <w:rPr>
          <w:sz w:val="21"/>
        </w:rPr>
        <w:t>n hơn t</w:t>
      </w:r>
      <w:r>
        <w:rPr>
          <w:sz w:val="21"/>
        </w:rPr>
        <w:t>ả</w:t>
      </w:r>
      <w:r>
        <w:rPr>
          <w:sz w:val="21"/>
        </w:rPr>
        <w:t>i th</w:t>
      </w:r>
      <w:r>
        <w:rPr>
          <w:sz w:val="21"/>
        </w:rPr>
        <w:t>ự</w:t>
      </w:r>
      <w:r>
        <w:rPr>
          <w:sz w:val="21"/>
        </w:rPr>
        <w:t>c t</w:t>
      </w:r>
      <w:r>
        <w:rPr>
          <w:sz w:val="21"/>
        </w:rPr>
        <w:t>ế</w:t>
      </w:r>
      <w:r>
        <w:rPr>
          <w:sz w:val="21"/>
        </w:rPr>
        <w:t xml:space="preserve"> đ</w:t>
      </w:r>
      <w:r>
        <w:rPr>
          <w:sz w:val="21"/>
        </w:rPr>
        <w:t>ể</w:t>
      </w:r>
      <w:r>
        <w:rPr>
          <w:sz w:val="21"/>
        </w:rPr>
        <w:t xml:space="preserve"> có h</w:t>
      </w:r>
      <w:r>
        <w:rPr>
          <w:sz w:val="21"/>
        </w:rPr>
        <w:t>ệ</w:t>
      </w:r>
      <w:r>
        <w:rPr>
          <w:sz w:val="21"/>
        </w:rPr>
        <w:t xml:space="preserve"> s</w:t>
      </w:r>
      <w:r>
        <w:rPr>
          <w:sz w:val="21"/>
        </w:rPr>
        <w:t>ố</w:t>
      </w:r>
      <w:r>
        <w:rPr>
          <w:sz w:val="21"/>
        </w:rPr>
        <w:t xml:space="preserve"> an toàn phù h</w:t>
      </w:r>
      <w:r>
        <w:rPr>
          <w:sz w:val="21"/>
        </w:rPr>
        <w:t>ợ</w:t>
      </w:r>
      <w:r>
        <w:rPr>
          <w:sz w:val="21"/>
        </w:rPr>
        <w:t>p.</w:t>
      </w:r>
    </w:p>
    <w:p w14:paraId="66A40B72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Không nâng l</w:t>
      </w:r>
      <w:r>
        <w:rPr>
          <w:sz w:val="21"/>
        </w:rPr>
        <w:t>ệ</w:t>
      </w:r>
      <w:r>
        <w:rPr>
          <w:sz w:val="21"/>
        </w:rPr>
        <w:t>ch t</w:t>
      </w:r>
      <w:r>
        <w:rPr>
          <w:sz w:val="21"/>
        </w:rPr>
        <w:t>ả</w:t>
      </w:r>
      <w:r>
        <w:rPr>
          <w:sz w:val="21"/>
        </w:rPr>
        <w:t>i ho</w:t>
      </w:r>
      <w:r>
        <w:rPr>
          <w:sz w:val="21"/>
        </w:rPr>
        <w:t>ặ</w:t>
      </w:r>
      <w:r>
        <w:rPr>
          <w:sz w:val="21"/>
        </w:rPr>
        <w:t>c đ</w:t>
      </w:r>
      <w:r>
        <w:rPr>
          <w:sz w:val="21"/>
        </w:rPr>
        <w:t>ể</w:t>
      </w:r>
      <w:r>
        <w:rPr>
          <w:sz w:val="21"/>
        </w:rPr>
        <w:t xml:space="preserve"> t</w:t>
      </w:r>
      <w:r>
        <w:rPr>
          <w:sz w:val="21"/>
        </w:rPr>
        <w:t>ả</w:t>
      </w:r>
      <w:r>
        <w:rPr>
          <w:sz w:val="21"/>
        </w:rPr>
        <w:t>i nghiêng quá m</w:t>
      </w:r>
      <w:r>
        <w:rPr>
          <w:sz w:val="21"/>
        </w:rPr>
        <w:t>ứ</w:t>
      </w:r>
      <w:r>
        <w:rPr>
          <w:sz w:val="21"/>
        </w:rPr>
        <w:t>c.</w:t>
      </w:r>
    </w:p>
    <w:p w14:paraId="3E58136B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Không dùng kích làm thi</w:t>
      </w:r>
      <w:r>
        <w:rPr>
          <w:sz w:val="21"/>
        </w:rPr>
        <w:t>ế</w:t>
      </w:r>
      <w:r>
        <w:rPr>
          <w:sz w:val="21"/>
        </w:rPr>
        <w:t>t b</w:t>
      </w:r>
      <w:r>
        <w:rPr>
          <w:sz w:val="21"/>
        </w:rPr>
        <w:t>ị</w:t>
      </w:r>
      <w:r>
        <w:rPr>
          <w:sz w:val="21"/>
        </w:rPr>
        <w:t xml:space="preserve"> kê đ</w:t>
      </w:r>
      <w:r>
        <w:rPr>
          <w:sz w:val="21"/>
        </w:rPr>
        <w:t>ỡ</w:t>
      </w:r>
      <w:r>
        <w:rPr>
          <w:sz w:val="21"/>
        </w:rPr>
        <w:t xml:space="preserve"> lâu dài; c</w:t>
      </w:r>
      <w:r>
        <w:rPr>
          <w:sz w:val="21"/>
        </w:rPr>
        <w:t>ầ</w:t>
      </w:r>
      <w:r>
        <w:rPr>
          <w:sz w:val="21"/>
        </w:rPr>
        <w:t>n dùng thêm con</w:t>
      </w:r>
      <w:r>
        <w:rPr>
          <w:sz w:val="21"/>
        </w:rPr>
        <w:t xml:space="preserve"> kê ho</w:t>
      </w:r>
      <w:r>
        <w:rPr>
          <w:sz w:val="21"/>
        </w:rPr>
        <w:t>ặ</w:t>
      </w:r>
      <w:r>
        <w:rPr>
          <w:sz w:val="21"/>
        </w:rPr>
        <w:t>c giá đ</w:t>
      </w:r>
      <w:r>
        <w:rPr>
          <w:sz w:val="21"/>
        </w:rPr>
        <w:t>ỡ</w:t>
      </w:r>
      <w:r>
        <w:rPr>
          <w:sz w:val="21"/>
        </w:rPr>
        <w:t xml:space="preserve"> cơ khí.</w:t>
      </w:r>
    </w:p>
    <w:p w14:paraId="53EDC523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X</w:t>
      </w:r>
      <w:r>
        <w:rPr>
          <w:sz w:val="21"/>
        </w:rPr>
        <w:t>ả</w:t>
      </w:r>
      <w:r>
        <w:rPr>
          <w:sz w:val="21"/>
        </w:rPr>
        <w:t xml:space="preserve"> áp t</w:t>
      </w:r>
      <w:r>
        <w:rPr>
          <w:sz w:val="21"/>
        </w:rPr>
        <w:t>ừ</w:t>
      </w:r>
      <w:r>
        <w:rPr>
          <w:sz w:val="21"/>
        </w:rPr>
        <w:t xml:space="preserve"> t</w:t>
      </w:r>
      <w:r>
        <w:rPr>
          <w:sz w:val="21"/>
        </w:rPr>
        <w:t>ừ</w:t>
      </w:r>
      <w:r>
        <w:rPr>
          <w:sz w:val="21"/>
        </w:rPr>
        <w:t xml:space="preserve"> đ</w:t>
      </w:r>
      <w:r>
        <w:rPr>
          <w:sz w:val="21"/>
        </w:rPr>
        <w:t>ể</w:t>
      </w:r>
      <w:r>
        <w:rPr>
          <w:sz w:val="21"/>
        </w:rPr>
        <w:t xml:space="preserve"> tránh h</w:t>
      </w:r>
      <w:r>
        <w:rPr>
          <w:sz w:val="21"/>
        </w:rPr>
        <w:t>ạ</w:t>
      </w:r>
      <w:r>
        <w:rPr>
          <w:sz w:val="21"/>
        </w:rPr>
        <w:t xml:space="preserve"> t</w:t>
      </w:r>
      <w:r>
        <w:rPr>
          <w:sz w:val="21"/>
        </w:rPr>
        <w:t>ả</w:t>
      </w:r>
      <w:r>
        <w:rPr>
          <w:sz w:val="21"/>
        </w:rPr>
        <w:t>i đ</w:t>
      </w:r>
      <w:r>
        <w:rPr>
          <w:sz w:val="21"/>
        </w:rPr>
        <w:t>ộ</w:t>
      </w:r>
      <w:r>
        <w:rPr>
          <w:sz w:val="21"/>
        </w:rPr>
        <w:t>t ng</w:t>
      </w:r>
      <w:r>
        <w:rPr>
          <w:sz w:val="21"/>
        </w:rPr>
        <w:t>ộ</w:t>
      </w:r>
      <w:r>
        <w:rPr>
          <w:sz w:val="21"/>
        </w:rPr>
        <w:t>t.</w:t>
      </w:r>
    </w:p>
    <w:p w14:paraId="63B0C4AD" w14:textId="77777777" w:rsidR="008B550B" w:rsidRDefault="007539E0" w:rsidP="003350DB">
      <w:pPr>
        <w:pStyle w:val="ListNumber"/>
        <w:numPr>
          <w:ilvl w:val="0"/>
          <w:numId w:val="0"/>
        </w:numPr>
        <w:spacing w:after="60"/>
        <w:ind w:left="360"/>
      </w:pPr>
      <w:r>
        <w:rPr>
          <w:sz w:val="21"/>
        </w:rPr>
        <w:t>Ng</w:t>
      </w:r>
      <w:r>
        <w:rPr>
          <w:sz w:val="21"/>
        </w:rPr>
        <w:t>ừ</w:t>
      </w:r>
      <w:r>
        <w:rPr>
          <w:sz w:val="21"/>
        </w:rPr>
        <w:t>ng s</w:t>
      </w:r>
      <w:r>
        <w:rPr>
          <w:sz w:val="21"/>
        </w:rPr>
        <w:t>ử</w:t>
      </w:r>
      <w:r>
        <w:rPr>
          <w:sz w:val="21"/>
        </w:rPr>
        <w:t xml:space="preserve"> d</w:t>
      </w:r>
      <w:r>
        <w:rPr>
          <w:sz w:val="21"/>
        </w:rPr>
        <w:t>ụ</w:t>
      </w:r>
      <w:r>
        <w:rPr>
          <w:sz w:val="21"/>
        </w:rPr>
        <w:t>ng ngay n</w:t>
      </w:r>
      <w:r>
        <w:rPr>
          <w:sz w:val="21"/>
        </w:rPr>
        <w:t>ế</w:t>
      </w:r>
      <w:r>
        <w:rPr>
          <w:sz w:val="21"/>
        </w:rPr>
        <w:t>u phát hi</w:t>
      </w:r>
      <w:r>
        <w:rPr>
          <w:sz w:val="21"/>
        </w:rPr>
        <w:t>ệ</w:t>
      </w:r>
      <w:r>
        <w:rPr>
          <w:sz w:val="21"/>
        </w:rPr>
        <w:t>n rò r</w:t>
      </w:r>
      <w:r>
        <w:rPr>
          <w:sz w:val="21"/>
        </w:rPr>
        <w:t>ỉ</w:t>
      </w:r>
      <w:r>
        <w:rPr>
          <w:sz w:val="21"/>
        </w:rPr>
        <w:t xml:space="preserve"> d</w:t>
      </w:r>
      <w:r>
        <w:rPr>
          <w:sz w:val="21"/>
        </w:rPr>
        <w:t>ầ</w:t>
      </w:r>
      <w:r>
        <w:rPr>
          <w:sz w:val="21"/>
        </w:rPr>
        <w:t>u, bi</w:t>
      </w:r>
      <w:r>
        <w:rPr>
          <w:sz w:val="21"/>
        </w:rPr>
        <w:t>ế</w:t>
      </w:r>
      <w:r>
        <w:rPr>
          <w:sz w:val="21"/>
        </w:rPr>
        <w:t>n d</w:t>
      </w:r>
      <w:r>
        <w:rPr>
          <w:sz w:val="21"/>
        </w:rPr>
        <w:t>ạ</w:t>
      </w:r>
      <w:r>
        <w:rPr>
          <w:sz w:val="21"/>
        </w:rPr>
        <w:t>ng thân kích ho</w:t>
      </w:r>
      <w:r>
        <w:rPr>
          <w:sz w:val="21"/>
        </w:rPr>
        <w:t>ặ</w:t>
      </w:r>
      <w:r>
        <w:rPr>
          <w:sz w:val="21"/>
        </w:rPr>
        <w:t>c piston ho</w:t>
      </w:r>
      <w:r>
        <w:rPr>
          <w:sz w:val="21"/>
        </w:rPr>
        <w:t>ạ</w:t>
      </w:r>
      <w:r>
        <w:rPr>
          <w:sz w:val="21"/>
        </w:rPr>
        <w:t>t đ</w:t>
      </w:r>
      <w:r>
        <w:rPr>
          <w:sz w:val="21"/>
        </w:rPr>
        <w:t>ộ</w:t>
      </w:r>
      <w:r>
        <w:rPr>
          <w:sz w:val="21"/>
        </w:rPr>
        <w:t>ng b</w:t>
      </w:r>
      <w:r>
        <w:rPr>
          <w:sz w:val="21"/>
        </w:rPr>
        <w:t>ấ</w:t>
      </w:r>
      <w:r>
        <w:rPr>
          <w:sz w:val="21"/>
        </w:rPr>
        <w:t>t thư</w:t>
      </w:r>
      <w:r>
        <w:rPr>
          <w:sz w:val="21"/>
        </w:rPr>
        <w:t>ờ</w:t>
      </w:r>
      <w:r>
        <w:rPr>
          <w:sz w:val="21"/>
        </w:rPr>
        <w:t>ng.</w:t>
      </w:r>
    </w:p>
    <w:p w14:paraId="0F760F72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lastRenderedPageBreak/>
        <w:t>6. B</w:t>
      </w:r>
      <w:r>
        <w:rPr>
          <w:rFonts w:ascii="Arial" w:eastAsia="Arial" w:hAnsi="Arial"/>
          <w:color w:val="B00000"/>
          <w:sz w:val="36"/>
        </w:rPr>
        <w:t>ả</w:t>
      </w:r>
      <w:r>
        <w:rPr>
          <w:rFonts w:ascii="Arial" w:eastAsia="Arial" w:hAnsi="Arial"/>
          <w:color w:val="B00000"/>
          <w:sz w:val="36"/>
        </w:rPr>
        <w:t>o trì và b</w:t>
      </w:r>
      <w:r>
        <w:rPr>
          <w:rFonts w:ascii="Arial" w:eastAsia="Arial" w:hAnsi="Arial"/>
          <w:color w:val="B00000"/>
          <w:sz w:val="36"/>
        </w:rPr>
        <w:t>ả</w:t>
      </w:r>
      <w:r>
        <w:rPr>
          <w:rFonts w:ascii="Arial" w:eastAsia="Arial" w:hAnsi="Arial"/>
          <w:color w:val="B00000"/>
          <w:sz w:val="36"/>
        </w:rPr>
        <w:t>o qu</w:t>
      </w:r>
      <w:r>
        <w:rPr>
          <w:rFonts w:ascii="Arial" w:eastAsia="Arial" w:hAnsi="Arial"/>
          <w:color w:val="B00000"/>
          <w:sz w:val="36"/>
        </w:rPr>
        <w:t>ả</w:t>
      </w:r>
      <w:r>
        <w:rPr>
          <w:rFonts w:ascii="Arial" w:eastAsia="Arial" w:hAnsi="Arial"/>
          <w:color w:val="B00000"/>
          <w:sz w:val="36"/>
        </w:rPr>
        <w:t>n</w:t>
      </w:r>
    </w:p>
    <w:p w14:paraId="3F3B3FC9" w14:textId="77777777" w:rsidR="008B550B" w:rsidRDefault="007539E0">
      <w:pPr>
        <w:spacing w:after="120"/>
      </w:pPr>
      <w:r>
        <w:t>B</w:t>
      </w:r>
      <w:r>
        <w:t>ả</w:t>
      </w:r>
      <w:r>
        <w:t>o trì đúng cách giúp kích th</w:t>
      </w:r>
      <w:r>
        <w:t>ủ</w:t>
      </w:r>
      <w:r>
        <w:t>y l</w:t>
      </w:r>
      <w:r>
        <w:t>ự</w:t>
      </w:r>
      <w:r>
        <w:t>c 1 chi</w:t>
      </w:r>
      <w:r>
        <w:t>ề</w:t>
      </w:r>
      <w:r>
        <w:t>u v</w:t>
      </w:r>
      <w:r>
        <w:t>ậ</w:t>
      </w:r>
      <w:r>
        <w:t>n hành b</w:t>
      </w:r>
      <w:r>
        <w:t>ề</w:t>
      </w:r>
      <w:r>
        <w:t>n b</w:t>
      </w:r>
      <w:r>
        <w:t>ỉ</w:t>
      </w:r>
      <w:r>
        <w:t>, gi</w:t>
      </w:r>
      <w:r>
        <w:t>ả</w:t>
      </w:r>
      <w:r>
        <w:t>m rò r</w:t>
      </w:r>
      <w:r>
        <w:t>ỉ</w:t>
      </w:r>
      <w:r>
        <w:t xml:space="preserve"> </w:t>
      </w:r>
      <w:r>
        <w:t>d</w:t>
      </w:r>
      <w:r>
        <w:t>ầ</w:t>
      </w:r>
      <w:r>
        <w:t>u và h</w:t>
      </w:r>
      <w:r>
        <w:t>ạ</w:t>
      </w:r>
      <w:r>
        <w:t>n ch</w:t>
      </w:r>
      <w:r>
        <w:t>ế</w:t>
      </w:r>
      <w:r>
        <w:t xml:space="preserve"> hư h</w:t>
      </w:r>
      <w:r>
        <w:t>ỏ</w:t>
      </w:r>
      <w:r>
        <w:t>ng trong quá trình s</w:t>
      </w:r>
      <w:r>
        <w:t>ử</w:t>
      </w:r>
      <w:r>
        <w:t xml:space="preserve"> d</w:t>
      </w:r>
      <w:r>
        <w:t>ụ</w:t>
      </w:r>
      <w:r>
        <w:t>ng lâu dài.</w:t>
      </w:r>
    </w:p>
    <w:p w14:paraId="5F0AE4C6" w14:textId="77777777" w:rsidR="008B550B" w:rsidRDefault="007539E0">
      <w:pPr>
        <w:pStyle w:val="ListBullet"/>
        <w:spacing w:after="60"/>
      </w:pPr>
      <w:r>
        <w:rPr>
          <w:sz w:val="21"/>
        </w:rPr>
        <w:t>V</w:t>
      </w:r>
      <w:r>
        <w:rPr>
          <w:sz w:val="21"/>
        </w:rPr>
        <w:t>ệ</w:t>
      </w:r>
      <w:r>
        <w:rPr>
          <w:sz w:val="21"/>
        </w:rPr>
        <w:t xml:space="preserve"> sinh thân kích và piston sau m</w:t>
      </w:r>
      <w:r>
        <w:rPr>
          <w:sz w:val="21"/>
        </w:rPr>
        <w:t>ỗ</w:t>
      </w:r>
      <w:r>
        <w:rPr>
          <w:sz w:val="21"/>
        </w:rPr>
        <w:t>i l</w:t>
      </w:r>
      <w:r>
        <w:rPr>
          <w:sz w:val="21"/>
        </w:rPr>
        <w:t>ầ</w:t>
      </w:r>
      <w:r>
        <w:rPr>
          <w:sz w:val="21"/>
        </w:rPr>
        <w:t>n s</w:t>
      </w:r>
      <w:r>
        <w:rPr>
          <w:sz w:val="21"/>
        </w:rPr>
        <w:t>ử</w:t>
      </w:r>
      <w:r>
        <w:rPr>
          <w:sz w:val="21"/>
        </w:rPr>
        <w:t xml:space="preserve"> d</w:t>
      </w:r>
      <w:r>
        <w:rPr>
          <w:sz w:val="21"/>
        </w:rPr>
        <w:t>ụ</w:t>
      </w:r>
      <w:r>
        <w:rPr>
          <w:sz w:val="21"/>
        </w:rPr>
        <w:t>ng.</w:t>
      </w:r>
    </w:p>
    <w:p w14:paraId="3FF76934" w14:textId="77777777" w:rsidR="008B550B" w:rsidRDefault="007539E0">
      <w:pPr>
        <w:pStyle w:val="ListBullet"/>
        <w:spacing w:after="60"/>
      </w:pPr>
      <w:r>
        <w:rPr>
          <w:sz w:val="21"/>
        </w:rPr>
        <w:t>Không đ</w:t>
      </w:r>
      <w:r>
        <w:rPr>
          <w:sz w:val="21"/>
        </w:rPr>
        <w:t>ể</w:t>
      </w:r>
      <w:r>
        <w:rPr>
          <w:sz w:val="21"/>
        </w:rPr>
        <w:t xml:space="preserve"> piston l</w:t>
      </w:r>
      <w:r>
        <w:rPr>
          <w:sz w:val="21"/>
        </w:rPr>
        <w:t>ộ</w:t>
      </w:r>
      <w:r>
        <w:rPr>
          <w:sz w:val="21"/>
        </w:rPr>
        <w:t xml:space="preserve"> ra ngoài trong th</w:t>
      </w:r>
      <w:r>
        <w:rPr>
          <w:sz w:val="21"/>
        </w:rPr>
        <w:t>ờ</w:t>
      </w:r>
      <w:r>
        <w:rPr>
          <w:sz w:val="21"/>
        </w:rPr>
        <w:t>i gian dài khi không làm vi</w:t>
      </w:r>
      <w:r>
        <w:rPr>
          <w:sz w:val="21"/>
        </w:rPr>
        <w:t>ệ</w:t>
      </w:r>
      <w:r>
        <w:rPr>
          <w:sz w:val="21"/>
        </w:rPr>
        <w:t>c.</w:t>
      </w:r>
    </w:p>
    <w:p w14:paraId="118BD19A" w14:textId="77777777" w:rsidR="008B550B" w:rsidRDefault="007539E0">
      <w:pPr>
        <w:pStyle w:val="ListBullet"/>
        <w:spacing w:after="60"/>
      </w:pPr>
      <w:r>
        <w:rPr>
          <w:sz w:val="21"/>
        </w:rPr>
        <w:t>Ki</w:t>
      </w:r>
      <w:r>
        <w:rPr>
          <w:sz w:val="21"/>
        </w:rPr>
        <w:t>ể</w:t>
      </w:r>
      <w:r>
        <w:rPr>
          <w:sz w:val="21"/>
        </w:rPr>
        <w:t>m tra ph</w:t>
      </w:r>
      <w:r>
        <w:rPr>
          <w:sz w:val="21"/>
        </w:rPr>
        <w:t>ớ</w:t>
      </w:r>
      <w:r>
        <w:rPr>
          <w:sz w:val="21"/>
        </w:rPr>
        <w:t>t, đ</w:t>
      </w:r>
      <w:r>
        <w:rPr>
          <w:sz w:val="21"/>
        </w:rPr>
        <w:t>ầ</w:t>
      </w:r>
      <w:r>
        <w:rPr>
          <w:sz w:val="21"/>
        </w:rPr>
        <w:t>u n</w:t>
      </w:r>
      <w:r>
        <w:rPr>
          <w:sz w:val="21"/>
        </w:rPr>
        <w:t>ố</w:t>
      </w:r>
      <w:r>
        <w:rPr>
          <w:sz w:val="21"/>
        </w:rPr>
        <w:t>i nhanh, c</w:t>
      </w:r>
      <w:r>
        <w:rPr>
          <w:sz w:val="21"/>
        </w:rPr>
        <w:t>ổ</w:t>
      </w:r>
      <w:r>
        <w:rPr>
          <w:sz w:val="21"/>
        </w:rPr>
        <w:t>ng d</w:t>
      </w:r>
      <w:r>
        <w:rPr>
          <w:sz w:val="21"/>
        </w:rPr>
        <w:t>ầ</w:t>
      </w:r>
      <w:r>
        <w:rPr>
          <w:sz w:val="21"/>
        </w:rPr>
        <w:t>u và tình tr</w:t>
      </w:r>
      <w:r>
        <w:rPr>
          <w:sz w:val="21"/>
        </w:rPr>
        <w:t>ạ</w:t>
      </w:r>
      <w:r>
        <w:rPr>
          <w:sz w:val="21"/>
        </w:rPr>
        <w:t>ng dây d</w:t>
      </w:r>
      <w:r>
        <w:rPr>
          <w:sz w:val="21"/>
        </w:rPr>
        <w:t>ầ</w:t>
      </w:r>
      <w:r>
        <w:rPr>
          <w:sz w:val="21"/>
        </w:rPr>
        <w:t>u đ</w:t>
      </w:r>
      <w:r>
        <w:rPr>
          <w:sz w:val="21"/>
        </w:rPr>
        <w:t>ị</w:t>
      </w:r>
      <w:r>
        <w:rPr>
          <w:sz w:val="21"/>
        </w:rPr>
        <w:t>nh k</w:t>
      </w:r>
      <w:r>
        <w:rPr>
          <w:sz w:val="21"/>
        </w:rPr>
        <w:t>ỳ</w:t>
      </w:r>
      <w:r>
        <w:rPr>
          <w:sz w:val="21"/>
        </w:rPr>
        <w:t>.</w:t>
      </w:r>
    </w:p>
    <w:p w14:paraId="3BF4AF07" w14:textId="77777777" w:rsidR="008B550B" w:rsidRDefault="007539E0">
      <w:pPr>
        <w:pStyle w:val="ListBullet"/>
        <w:spacing w:after="60"/>
      </w:pPr>
      <w:r>
        <w:rPr>
          <w:sz w:val="21"/>
        </w:rPr>
        <w:t>B</w:t>
      </w:r>
      <w:r>
        <w:rPr>
          <w:sz w:val="21"/>
        </w:rPr>
        <w:t>ổ</w:t>
      </w:r>
      <w:r>
        <w:rPr>
          <w:sz w:val="21"/>
        </w:rPr>
        <w:t xml:space="preserve"> sung </w:t>
      </w:r>
      <w:r>
        <w:rPr>
          <w:sz w:val="21"/>
        </w:rPr>
        <w:t>ho</w:t>
      </w:r>
      <w:r>
        <w:rPr>
          <w:sz w:val="21"/>
        </w:rPr>
        <w:t>ặ</w:t>
      </w:r>
      <w:r>
        <w:rPr>
          <w:sz w:val="21"/>
        </w:rPr>
        <w:t>c thay d</w:t>
      </w:r>
      <w:r>
        <w:rPr>
          <w:sz w:val="21"/>
        </w:rPr>
        <w:t>ầ</w:t>
      </w:r>
      <w:r>
        <w:rPr>
          <w:sz w:val="21"/>
        </w:rPr>
        <w:t>u th</w:t>
      </w:r>
      <w:r>
        <w:rPr>
          <w:sz w:val="21"/>
        </w:rPr>
        <w:t>ủ</w:t>
      </w:r>
      <w:r>
        <w:rPr>
          <w:sz w:val="21"/>
        </w:rPr>
        <w:t>y l</w:t>
      </w:r>
      <w:r>
        <w:rPr>
          <w:sz w:val="21"/>
        </w:rPr>
        <w:t>ự</w:t>
      </w:r>
      <w:r>
        <w:rPr>
          <w:sz w:val="21"/>
        </w:rPr>
        <w:t>c đúng lo</w:t>
      </w:r>
      <w:r>
        <w:rPr>
          <w:sz w:val="21"/>
        </w:rPr>
        <w:t>ạ</w:t>
      </w:r>
      <w:r>
        <w:rPr>
          <w:sz w:val="21"/>
        </w:rPr>
        <w:t>i khi c</w:t>
      </w:r>
      <w:r>
        <w:rPr>
          <w:sz w:val="21"/>
        </w:rPr>
        <w:t>ầ</w:t>
      </w:r>
      <w:r>
        <w:rPr>
          <w:sz w:val="21"/>
        </w:rPr>
        <w:t>n thi</w:t>
      </w:r>
      <w:r>
        <w:rPr>
          <w:sz w:val="21"/>
        </w:rPr>
        <w:t>ế</w:t>
      </w:r>
      <w:r>
        <w:rPr>
          <w:sz w:val="21"/>
        </w:rPr>
        <w:t>t.</w:t>
      </w:r>
    </w:p>
    <w:p w14:paraId="34EB6E38" w14:textId="77777777" w:rsidR="008B550B" w:rsidRDefault="007539E0">
      <w:pPr>
        <w:pStyle w:val="ListBullet"/>
        <w:spacing w:after="60"/>
      </w:pPr>
      <w:r>
        <w:rPr>
          <w:sz w:val="21"/>
        </w:rPr>
        <w:t>B</w:t>
      </w:r>
      <w:r>
        <w:rPr>
          <w:sz w:val="21"/>
        </w:rPr>
        <w:t>ả</w:t>
      </w:r>
      <w:r>
        <w:rPr>
          <w:sz w:val="21"/>
        </w:rPr>
        <w:t>o qu</w:t>
      </w:r>
      <w:r>
        <w:rPr>
          <w:sz w:val="21"/>
        </w:rPr>
        <w:t>ả</w:t>
      </w:r>
      <w:r>
        <w:rPr>
          <w:sz w:val="21"/>
        </w:rPr>
        <w:t xml:space="preserve">n kích </w:t>
      </w:r>
      <w:r>
        <w:rPr>
          <w:sz w:val="21"/>
        </w:rPr>
        <w:t>ở</w:t>
      </w:r>
      <w:r>
        <w:rPr>
          <w:sz w:val="21"/>
        </w:rPr>
        <w:t xml:space="preserve"> nơi khô ráo, tránh </w:t>
      </w:r>
      <w:r>
        <w:rPr>
          <w:sz w:val="21"/>
        </w:rPr>
        <w:t>ẩ</w:t>
      </w:r>
      <w:r>
        <w:rPr>
          <w:sz w:val="21"/>
        </w:rPr>
        <w:t>m ư</w:t>
      </w:r>
      <w:r>
        <w:rPr>
          <w:sz w:val="21"/>
        </w:rPr>
        <w:t>ớ</w:t>
      </w:r>
      <w:r>
        <w:rPr>
          <w:sz w:val="21"/>
        </w:rPr>
        <w:t>t, b</w:t>
      </w:r>
      <w:r>
        <w:rPr>
          <w:sz w:val="21"/>
        </w:rPr>
        <w:t>ụ</w:t>
      </w:r>
      <w:r>
        <w:rPr>
          <w:sz w:val="21"/>
        </w:rPr>
        <w:t>i b</w:t>
      </w:r>
      <w:r>
        <w:rPr>
          <w:sz w:val="21"/>
        </w:rPr>
        <w:t>ẩ</w:t>
      </w:r>
      <w:r>
        <w:rPr>
          <w:sz w:val="21"/>
        </w:rPr>
        <w:t>n và hóa ch</w:t>
      </w:r>
      <w:r>
        <w:rPr>
          <w:sz w:val="21"/>
        </w:rPr>
        <w:t>ấ</w:t>
      </w:r>
      <w:r>
        <w:rPr>
          <w:sz w:val="21"/>
        </w:rPr>
        <w:t>t ăn mòn.</w:t>
      </w:r>
    </w:p>
    <w:p w14:paraId="46F0298B" w14:textId="77777777" w:rsidR="008B550B" w:rsidRDefault="007539E0">
      <w:pPr>
        <w:pStyle w:val="ListBullet"/>
        <w:spacing w:after="60"/>
      </w:pPr>
      <w:r>
        <w:rPr>
          <w:sz w:val="21"/>
        </w:rPr>
        <w:t>Không đ</w:t>
      </w:r>
      <w:r>
        <w:rPr>
          <w:sz w:val="21"/>
        </w:rPr>
        <w:t>ể</w:t>
      </w:r>
      <w:r>
        <w:rPr>
          <w:sz w:val="21"/>
        </w:rPr>
        <w:t xml:space="preserve"> thi</w:t>
      </w:r>
      <w:r>
        <w:rPr>
          <w:sz w:val="21"/>
        </w:rPr>
        <w:t>ế</w:t>
      </w:r>
      <w:r>
        <w:rPr>
          <w:sz w:val="21"/>
        </w:rPr>
        <w:t>t b</w:t>
      </w:r>
      <w:r>
        <w:rPr>
          <w:sz w:val="21"/>
        </w:rPr>
        <w:t>ị</w:t>
      </w:r>
      <w:r>
        <w:rPr>
          <w:sz w:val="21"/>
        </w:rPr>
        <w:t xml:space="preserve"> g</w:t>
      </w:r>
      <w:r>
        <w:rPr>
          <w:sz w:val="21"/>
        </w:rPr>
        <w:t>ầ</w:t>
      </w:r>
      <w:r>
        <w:rPr>
          <w:sz w:val="21"/>
        </w:rPr>
        <w:t>n ngu</w:t>
      </w:r>
      <w:r>
        <w:rPr>
          <w:sz w:val="21"/>
        </w:rPr>
        <w:t>ồ</w:t>
      </w:r>
      <w:r>
        <w:rPr>
          <w:sz w:val="21"/>
        </w:rPr>
        <w:t>n nhi</w:t>
      </w:r>
      <w:r>
        <w:rPr>
          <w:sz w:val="21"/>
        </w:rPr>
        <w:t>ệ</w:t>
      </w:r>
      <w:r>
        <w:rPr>
          <w:sz w:val="21"/>
        </w:rPr>
        <w:t>t cao ho</w:t>
      </w:r>
      <w:r>
        <w:rPr>
          <w:sz w:val="21"/>
        </w:rPr>
        <w:t>ặ</w:t>
      </w:r>
      <w:r>
        <w:rPr>
          <w:sz w:val="21"/>
        </w:rPr>
        <w:t>c môi trư</w:t>
      </w:r>
      <w:r>
        <w:rPr>
          <w:sz w:val="21"/>
        </w:rPr>
        <w:t>ờ</w:t>
      </w:r>
      <w:r>
        <w:rPr>
          <w:sz w:val="21"/>
        </w:rPr>
        <w:t>ng gây oxy hóa m</w:t>
      </w:r>
      <w:r>
        <w:rPr>
          <w:sz w:val="21"/>
        </w:rPr>
        <w:t>ạ</w:t>
      </w:r>
      <w:r>
        <w:rPr>
          <w:sz w:val="21"/>
        </w:rPr>
        <w:t>nh.</w:t>
      </w:r>
    </w:p>
    <w:p w14:paraId="0676931D" w14:textId="77777777" w:rsidR="008B550B" w:rsidRDefault="007539E0">
      <w:pPr>
        <w:pStyle w:val="ListBullet"/>
        <w:spacing w:after="60"/>
      </w:pPr>
      <w:r>
        <w:rPr>
          <w:sz w:val="21"/>
        </w:rPr>
        <w:t>Ki</w:t>
      </w:r>
      <w:r>
        <w:rPr>
          <w:sz w:val="21"/>
        </w:rPr>
        <w:t>ể</w:t>
      </w:r>
      <w:r>
        <w:rPr>
          <w:sz w:val="21"/>
        </w:rPr>
        <w:t>m tra kh</w:t>
      </w:r>
      <w:r>
        <w:rPr>
          <w:sz w:val="21"/>
        </w:rPr>
        <w:t>ả</w:t>
      </w:r>
      <w:r>
        <w:rPr>
          <w:sz w:val="21"/>
        </w:rPr>
        <w:t xml:space="preserve"> năng h</w:t>
      </w:r>
      <w:r>
        <w:rPr>
          <w:sz w:val="21"/>
        </w:rPr>
        <w:t>ồ</w:t>
      </w:r>
      <w:r>
        <w:rPr>
          <w:sz w:val="21"/>
        </w:rPr>
        <w:t>i piston trư</w:t>
      </w:r>
      <w:r>
        <w:rPr>
          <w:sz w:val="21"/>
        </w:rPr>
        <w:t>ớ</w:t>
      </w:r>
      <w:r>
        <w:rPr>
          <w:sz w:val="21"/>
        </w:rPr>
        <w:t>c khi đưa vào v</w:t>
      </w:r>
      <w:r>
        <w:rPr>
          <w:sz w:val="21"/>
        </w:rPr>
        <w:t>ậ</w:t>
      </w:r>
      <w:r>
        <w:rPr>
          <w:sz w:val="21"/>
        </w:rPr>
        <w:t>n hành.</w:t>
      </w:r>
    </w:p>
    <w:p w14:paraId="0DF67C4E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t>7. Các t</w:t>
      </w:r>
      <w:r>
        <w:rPr>
          <w:rFonts w:ascii="Arial" w:eastAsia="Arial" w:hAnsi="Arial"/>
          <w:color w:val="B00000"/>
          <w:sz w:val="36"/>
        </w:rPr>
        <w:t>hương hi</w:t>
      </w:r>
      <w:r>
        <w:rPr>
          <w:rFonts w:ascii="Arial" w:eastAsia="Arial" w:hAnsi="Arial"/>
          <w:color w:val="B00000"/>
          <w:sz w:val="36"/>
        </w:rPr>
        <w:t>ệ</w:t>
      </w:r>
      <w:r>
        <w:rPr>
          <w:rFonts w:ascii="Arial" w:eastAsia="Arial" w:hAnsi="Arial"/>
          <w:color w:val="B00000"/>
          <w:sz w:val="36"/>
        </w:rPr>
        <w:t>u ph</w:t>
      </w:r>
      <w:r>
        <w:rPr>
          <w:rFonts w:ascii="Arial" w:eastAsia="Arial" w:hAnsi="Arial"/>
          <w:color w:val="B00000"/>
          <w:sz w:val="36"/>
        </w:rPr>
        <w:t>ổ</w:t>
      </w:r>
      <w:r>
        <w:rPr>
          <w:rFonts w:ascii="Arial" w:eastAsia="Arial" w:hAnsi="Arial"/>
          <w:color w:val="B00000"/>
          <w:sz w:val="36"/>
        </w:rPr>
        <w:t xml:space="preserve"> bi</w:t>
      </w:r>
      <w:r>
        <w:rPr>
          <w:rFonts w:ascii="Arial" w:eastAsia="Arial" w:hAnsi="Arial"/>
          <w:color w:val="B00000"/>
          <w:sz w:val="36"/>
        </w:rPr>
        <w:t>ế</w:t>
      </w:r>
      <w:r>
        <w:rPr>
          <w:rFonts w:ascii="Arial" w:eastAsia="Arial" w:hAnsi="Arial"/>
          <w:color w:val="B00000"/>
          <w:sz w:val="36"/>
        </w:rPr>
        <w:t>n hi</w:t>
      </w:r>
      <w:r>
        <w:rPr>
          <w:rFonts w:ascii="Arial" w:eastAsia="Arial" w:hAnsi="Arial"/>
          <w:color w:val="B00000"/>
          <w:sz w:val="36"/>
        </w:rPr>
        <w:t>ệ</w:t>
      </w:r>
      <w:r>
        <w:rPr>
          <w:rFonts w:ascii="Arial" w:eastAsia="Arial" w:hAnsi="Arial"/>
          <w:color w:val="B00000"/>
          <w:sz w:val="36"/>
        </w:rPr>
        <w:t>n nay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84"/>
        <w:gridCol w:w="5184"/>
      </w:tblGrid>
      <w:tr w:rsidR="008B550B" w14:paraId="2E47ABCE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B00000"/>
            <w:vAlign w:val="center"/>
          </w:tcPr>
          <w:p w14:paraId="440B7BBA" w14:textId="77777777" w:rsidR="008B550B" w:rsidRDefault="007539E0">
            <w:r>
              <w:rPr>
                <w:b/>
                <w:color w:val="FFFFFF"/>
                <w:sz w:val="20"/>
              </w:rPr>
              <w:t>Thương hi</w:t>
            </w:r>
            <w:r>
              <w:rPr>
                <w:b/>
                <w:color w:val="FFFFFF"/>
                <w:sz w:val="20"/>
              </w:rPr>
              <w:t>ệ</w:t>
            </w:r>
            <w:r>
              <w:rPr>
                <w:b/>
                <w:color w:val="FFFFFF"/>
                <w:sz w:val="20"/>
              </w:rPr>
              <w:t>u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B00000"/>
            <w:vAlign w:val="center"/>
          </w:tcPr>
          <w:p w14:paraId="07965BAD" w14:textId="77777777" w:rsidR="008B550B" w:rsidRDefault="007539E0">
            <w:r>
              <w:rPr>
                <w:b/>
                <w:color w:val="FFFFFF"/>
                <w:sz w:val="20"/>
              </w:rPr>
              <w:t>Mô t</w:t>
            </w:r>
            <w:r>
              <w:rPr>
                <w:b/>
                <w:color w:val="FFFFFF"/>
                <w:sz w:val="20"/>
              </w:rPr>
              <w:t>ả</w:t>
            </w:r>
            <w:r>
              <w:rPr>
                <w:b/>
                <w:color w:val="FFFFFF"/>
                <w:sz w:val="20"/>
              </w:rPr>
              <w:t xml:space="preserve"> ng</w:t>
            </w:r>
            <w:r>
              <w:rPr>
                <w:b/>
                <w:color w:val="FFFFFF"/>
                <w:sz w:val="20"/>
              </w:rPr>
              <w:t>ắ</w:t>
            </w:r>
            <w:r>
              <w:rPr>
                <w:b/>
                <w:color w:val="FFFFFF"/>
                <w:sz w:val="20"/>
              </w:rPr>
              <w:t>n</w:t>
            </w:r>
          </w:p>
        </w:tc>
      </w:tr>
      <w:tr w:rsidR="008B550B" w14:paraId="08F2C6B2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E96BAE8" w14:textId="77777777" w:rsidR="008B550B" w:rsidRDefault="007539E0">
            <w:r>
              <w:rPr>
                <w:sz w:val="20"/>
              </w:rPr>
              <w:t>Tonners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78D0B2E" w14:textId="77777777" w:rsidR="008B550B" w:rsidRDefault="007539E0">
            <w:r>
              <w:rPr>
                <w:sz w:val="20"/>
              </w:rPr>
              <w:t>Dòng kích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và xi lanh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đư</w:t>
            </w:r>
            <w:r>
              <w:rPr>
                <w:sz w:val="20"/>
              </w:rPr>
              <w:t>ợ</w:t>
            </w:r>
            <w:r>
              <w:rPr>
                <w:sz w:val="20"/>
              </w:rPr>
              <w:t>c s</w:t>
            </w:r>
            <w:r>
              <w:rPr>
                <w:sz w:val="20"/>
              </w:rPr>
              <w:t>ử</w:t>
            </w:r>
            <w:r>
              <w:rPr>
                <w:sz w:val="20"/>
              </w:rPr>
              <w:t xml:space="preserve"> d</w:t>
            </w:r>
            <w:r>
              <w:rPr>
                <w:sz w:val="20"/>
              </w:rPr>
              <w:t>ụ</w:t>
            </w:r>
            <w:r>
              <w:rPr>
                <w:sz w:val="20"/>
              </w:rPr>
              <w:t>ng ph</w:t>
            </w:r>
            <w:r>
              <w:rPr>
                <w:sz w:val="20"/>
              </w:rPr>
              <w:t>ổ</w:t>
            </w:r>
            <w:r>
              <w:rPr>
                <w:sz w:val="20"/>
              </w:rPr>
              <w:t xml:space="preserve"> bi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n trong cơ khí, công nghi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>p và b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o trì thi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t b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>.</w:t>
            </w:r>
          </w:p>
        </w:tc>
      </w:tr>
      <w:tr w:rsidR="008B550B" w14:paraId="10965018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4BD4C1D" w14:textId="77777777" w:rsidR="008B550B" w:rsidRDefault="007539E0">
            <w:r>
              <w:rPr>
                <w:sz w:val="20"/>
              </w:rPr>
              <w:t>Enerpac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D1DF03E" w14:textId="77777777" w:rsidR="008B550B" w:rsidRDefault="007539E0">
            <w:r>
              <w:rPr>
                <w:sz w:val="20"/>
              </w:rPr>
              <w:t>Thương hi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>u qu</w:t>
            </w:r>
            <w:r>
              <w:rPr>
                <w:sz w:val="20"/>
              </w:rPr>
              <w:t>ố</w:t>
            </w:r>
            <w:r>
              <w:rPr>
                <w:sz w:val="20"/>
              </w:rPr>
              <w:t>c t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 xml:space="preserve"> n</w:t>
            </w:r>
            <w:r>
              <w:rPr>
                <w:sz w:val="20"/>
              </w:rPr>
              <w:t>ổ</w:t>
            </w:r>
            <w:r>
              <w:rPr>
                <w:sz w:val="20"/>
              </w:rPr>
              <w:t>i ti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ng trong lĩnh v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thi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t b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 xml:space="preserve">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áp su</w:t>
            </w:r>
            <w:r>
              <w:rPr>
                <w:sz w:val="20"/>
              </w:rPr>
              <w:t>ấ</w:t>
            </w:r>
            <w:r>
              <w:rPr>
                <w:sz w:val="20"/>
              </w:rPr>
              <w:t xml:space="preserve">t </w:t>
            </w:r>
            <w:r>
              <w:rPr>
                <w:sz w:val="20"/>
              </w:rPr>
              <w:t>cao.</w:t>
            </w:r>
          </w:p>
        </w:tc>
      </w:tr>
      <w:tr w:rsidR="008B550B" w14:paraId="43AEADDC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18B6CD3" w14:textId="77777777" w:rsidR="008B550B" w:rsidRDefault="007539E0">
            <w:r>
              <w:rPr>
                <w:sz w:val="20"/>
              </w:rPr>
              <w:t>Power Team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CDADF21" w14:textId="77777777" w:rsidR="008B550B" w:rsidRDefault="007539E0">
            <w:r>
              <w:rPr>
                <w:sz w:val="20"/>
              </w:rPr>
              <w:t>Cung c</w:t>
            </w:r>
            <w:r>
              <w:rPr>
                <w:sz w:val="20"/>
              </w:rPr>
              <w:t>ấ</w:t>
            </w:r>
            <w:r>
              <w:rPr>
                <w:sz w:val="20"/>
              </w:rPr>
              <w:t>p nhi</w:t>
            </w:r>
            <w:r>
              <w:rPr>
                <w:sz w:val="20"/>
              </w:rPr>
              <w:t>ề</w:t>
            </w:r>
            <w:r>
              <w:rPr>
                <w:sz w:val="20"/>
              </w:rPr>
              <w:t>u thi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t b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 xml:space="preserve">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ph</w:t>
            </w:r>
            <w:r>
              <w:rPr>
                <w:sz w:val="20"/>
              </w:rPr>
              <w:t>ụ</w:t>
            </w:r>
            <w:r>
              <w:rPr>
                <w:sz w:val="20"/>
              </w:rPr>
              <w:t>c v</w:t>
            </w:r>
            <w:r>
              <w:rPr>
                <w:sz w:val="20"/>
              </w:rPr>
              <w:t>ụ</w:t>
            </w:r>
            <w:r>
              <w:rPr>
                <w:sz w:val="20"/>
              </w:rPr>
              <w:t xml:space="preserve"> nâng, đ</w:t>
            </w:r>
            <w:r>
              <w:rPr>
                <w:sz w:val="20"/>
              </w:rPr>
              <w:t>ẩ</w:t>
            </w:r>
            <w:r>
              <w:rPr>
                <w:sz w:val="20"/>
              </w:rPr>
              <w:t>y, kéo và b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o trì công nghi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>p.</w:t>
            </w:r>
          </w:p>
        </w:tc>
      </w:tr>
      <w:tr w:rsidR="008B550B" w14:paraId="77BF0C85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F50A598" w14:textId="77777777" w:rsidR="008B550B" w:rsidRDefault="007539E0">
            <w:r>
              <w:rPr>
                <w:sz w:val="20"/>
              </w:rPr>
              <w:t>BVA Hydraulics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3ED756F" w14:textId="77777777" w:rsidR="008B550B" w:rsidRDefault="007539E0">
            <w:r>
              <w:rPr>
                <w:sz w:val="20"/>
              </w:rPr>
              <w:t>Có nhi</w:t>
            </w:r>
            <w:r>
              <w:rPr>
                <w:sz w:val="20"/>
              </w:rPr>
              <w:t>ề</w:t>
            </w:r>
            <w:r>
              <w:rPr>
                <w:sz w:val="20"/>
              </w:rPr>
              <w:t>u dòng xi lanh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c, bơm th</w:t>
            </w:r>
            <w:r>
              <w:rPr>
                <w:sz w:val="20"/>
              </w:rPr>
              <w:t>ủ</w:t>
            </w:r>
            <w:r>
              <w:rPr>
                <w:sz w:val="20"/>
              </w:rPr>
              <w:t>y l</w:t>
            </w:r>
            <w:r>
              <w:rPr>
                <w:sz w:val="20"/>
              </w:rPr>
              <w:t>ự</w:t>
            </w:r>
            <w:r>
              <w:rPr>
                <w:sz w:val="20"/>
              </w:rPr>
              <w:t>c và thi</w:t>
            </w:r>
            <w:r>
              <w:rPr>
                <w:sz w:val="20"/>
              </w:rPr>
              <w:t>ế</w:t>
            </w:r>
            <w:r>
              <w:rPr>
                <w:sz w:val="20"/>
              </w:rPr>
              <w:t>t b</w:t>
            </w:r>
            <w:r>
              <w:rPr>
                <w:sz w:val="20"/>
              </w:rPr>
              <w:t>ị</w:t>
            </w:r>
            <w:r>
              <w:rPr>
                <w:sz w:val="20"/>
              </w:rPr>
              <w:t xml:space="preserve"> nâng h</w:t>
            </w:r>
            <w:r>
              <w:rPr>
                <w:sz w:val="20"/>
              </w:rPr>
              <w:t>ạ</w:t>
            </w:r>
            <w:r>
              <w:rPr>
                <w:sz w:val="20"/>
              </w:rPr>
              <w:t xml:space="preserve"> t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i tr</w:t>
            </w:r>
            <w:r>
              <w:rPr>
                <w:sz w:val="20"/>
              </w:rPr>
              <w:t>ọ</w:t>
            </w:r>
            <w:r>
              <w:rPr>
                <w:sz w:val="20"/>
              </w:rPr>
              <w:t>ng l</w:t>
            </w:r>
            <w:r>
              <w:rPr>
                <w:sz w:val="20"/>
              </w:rPr>
              <w:t>ớ</w:t>
            </w:r>
            <w:r>
              <w:rPr>
                <w:sz w:val="20"/>
              </w:rPr>
              <w:t>n.</w:t>
            </w:r>
          </w:p>
        </w:tc>
      </w:tr>
      <w:tr w:rsidR="008B550B" w14:paraId="286E16EF" w14:textId="77777777">
        <w:trPr>
          <w:jc w:val="center"/>
        </w:trPr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7504B6A" w14:textId="77777777" w:rsidR="008B550B" w:rsidRDefault="007539E0">
            <w:r>
              <w:rPr>
                <w:sz w:val="20"/>
              </w:rPr>
              <w:t>Betex, Taicheng, TLP, Hongky, Europress, Dongfeng</w:t>
            </w:r>
          </w:p>
        </w:tc>
        <w:tc>
          <w:tcPr>
            <w:tcW w:w="518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E6A2082" w14:textId="77777777" w:rsidR="008B550B" w:rsidRDefault="007539E0">
            <w:r>
              <w:rPr>
                <w:sz w:val="20"/>
              </w:rPr>
              <w:t>Các thương h</w:t>
            </w:r>
            <w:r>
              <w:rPr>
                <w:sz w:val="20"/>
              </w:rPr>
              <w:t>i</w:t>
            </w:r>
            <w:r>
              <w:rPr>
                <w:sz w:val="20"/>
              </w:rPr>
              <w:t>ệ</w:t>
            </w:r>
            <w:r>
              <w:rPr>
                <w:sz w:val="20"/>
              </w:rPr>
              <w:t>u/dòng s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>n ph</w:t>
            </w:r>
            <w:r>
              <w:rPr>
                <w:sz w:val="20"/>
              </w:rPr>
              <w:t>ẩ</w:t>
            </w:r>
            <w:r>
              <w:rPr>
                <w:sz w:val="20"/>
              </w:rPr>
              <w:t>m đư</w:t>
            </w:r>
            <w:r>
              <w:rPr>
                <w:sz w:val="20"/>
              </w:rPr>
              <w:t>ợ</w:t>
            </w:r>
            <w:r>
              <w:rPr>
                <w:sz w:val="20"/>
              </w:rPr>
              <w:t>c tham kh</w:t>
            </w:r>
            <w:r>
              <w:rPr>
                <w:sz w:val="20"/>
              </w:rPr>
              <w:t>ả</w:t>
            </w:r>
            <w:r>
              <w:rPr>
                <w:sz w:val="20"/>
              </w:rPr>
              <w:t xml:space="preserve">o tùy theo phân khúc, </w:t>
            </w:r>
            <w:r>
              <w:rPr>
                <w:sz w:val="20"/>
              </w:rPr>
              <w:t>ứ</w:t>
            </w:r>
            <w:r>
              <w:rPr>
                <w:sz w:val="20"/>
              </w:rPr>
              <w:t>ng d</w:t>
            </w:r>
            <w:r>
              <w:rPr>
                <w:sz w:val="20"/>
              </w:rPr>
              <w:t>ụ</w:t>
            </w:r>
            <w:r>
              <w:rPr>
                <w:sz w:val="20"/>
              </w:rPr>
              <w:t>ng và ngân sách.</w:t>
            </w:r>
          </w:p>
        </w:tc>
      </w:tr>
    </w:tbl>
    <w:p w14:paraId="2272A465" w14:textId="77777777" w:rsidR="008B550B" w:rsidRDefault="007539E0">
      <w:r>
        <w:br w:type="page"/>
      </w:r>
    </w:p>
    <w:p w14:paraId="587CE225" w14:textId="77777777" w:rsidR="008B550B" w:rsidRDefault="007539E0">
      <w:pPr>
        <w:pStyle w:val="Heading1"/>
        <w:spacing w:before="160" w:after="120"/>
      </w:pPr>
      <w:r>
        <w:rPr>
          <w:rFonts w:ascii="Arial" w:eastAsia="Arial" w:hAnsi="Arial"/>
          <w:color w:val="B00000"/>
          <w:sz w:val="36"/>
        </w:rPr>
        <w:lastRenderedPageBreak/>
        <w:t>K</w:t>
      </w:r>
      <w:r>
        <w:rPr>
          <w:rFonts w:ascii="Arial" w:eastAsia="Arial" w:hAnsi="Arial"/>
          <w:color w:val="B00000"/>
          <w:sz w:val="36"/>
        </w:rPr>
        <w:t>ế</w:t>
      </w:r>
      <w:r>
        <w:rPr>
          <w:rFonts w:ascii="Arial" w:eastAsia="Arial" w:hAnsi="Arial"/>
          <w:color w:val="B00000"/>
          <w:sz w:val="36"/>
        </w:rPr>
        <w:t>t lu</w:t>
      </w:r>
      <w:r>
        <w:rPr>
          <w:rFonts w:ascii="Arial" w:eastAsia="Arial" w:hAnsi="Arial"/>
          <w:color w:val="B00000"/>
          <w:sz w:val="36"/>
        </w:rPr>
        <w:t>ậ</w:t>
      </w:r>
      <w:r>
        <w:rPr>
          <w:rFonts w:ascii="Arial" w:eastAsia="Arial" w:hAnsi="Arial"/>
          <w:color w:val="B00000"/>
          <w:sz w:val="36"/>
        </w:rPr>
        <w:t>n</w:t>
      </w:r>
    </w:p>
    <w:p w14:paraId="49FC99BB" w14:textId="77777777" w:rsidR="008B550B" w:rsidRDefault="007539E0">
      <w:pPr>
        <w:spacing w:after="120"/>
      </w:pPr>
      <w:r>
        <w:t>Kích th</w:t>
      </w:r>
      <w:r>
        <w:t>ủ</w:t>
      </w:r>
      <w:r>
        <w:t>y l</w:t>
      </w:r>
      <w:r>
        <w:t>ự</w:t>
      </w:r>
      <w:r>
        <w:t>c 1 chi</w:t>
      </w:r>
      <w:r>
        <w:t>ề</w:t>
      </w:r>
      <w:r>
        <w:t>u là thi</w:t>
      </w:r>
      <w:r>
        <w:t>ế</w:t>
      </w:r>
      <w:r>
        <w:t>t b</w:t>
      </w:r>
      <w:r>
        <w:t>ị</w:t>
      </w:r>
      <w:r>
        <w:t xml:space="preserve"> quan tr</w:t>
      </w:r>
      <w:r>
        <w:t>ọ</w:t>
      </w:r>
      <w:r>
        <w:t>ng trong nâng h</w:t>
      </w:r>
      <w:r>
        <w:t>ạ</w:t>
      </w:r>
      <w:r>
        <w:t>, căn ch</w:t>
      </w:r>
      <w:r>
        <w:t>ỉ</w:t>
      </w:r>
      <w:r>
        <w:t>nh và b</w:t>
      </w:r>
      <w:r>
        <w:t>ả</w:t>
      </w:r>
      <w:r>
        <w:t>o trì công nghi</w:t>
      </w:r>
      <w:r>
        <w:t>ệ</w:t>
      </w:r>
      <w:r>
        <w:t>p. Vi</w:t>
      </w:r>
      <w:r>
        <w:t>ệ</w:t>
      </w:r>
      <w:r>
        <w:t>c l</w:t>
      </w:r>
      <w:r>
        <w:t>ự</w:t>
      </w:r>
      <w:r>
        <w:t>a ch</w:t>
      </w:r>
      <w:r>
        <w:t>ọ</w:t>
      </w:r>
      <w:r>
        <w:t>n đúng t</w:t>
      </w:r>
      <w:r>
        <w:t>ả</w:t>
      </w:r>
      <w:r>
        <w:t xml:space="preserve">i </w:t>
      </w:r>
      <w:r>
        <w:t>tr</w:t>
      </w:r>
      <w:r>
        <w:t>ọ</w:t>
      </w:r>
      <w:r>
        <w:t>ng, hành trình, bơm th</w:t>
      </w:r>
      <w:r>
        <w:t>ủ</w:t>
      </w:r>
      <w:r>
        <w:t>y l</w:t>
      </w:r>
      <w:r>
        <w:t>ự</w:t>
      </w:r>
      <w:r>
        <w:t>c và ph</w:t>
      </w:r>
      <w:r>
        <w:t>ụ</w:t>
      </w:r>
      <w:r>
        <w:t xml:space="preserve"> ki</w:t>
      </w:r>
      <w:r>
        <w:t>ệ</w:t>
      </w:r>
      <w:r>
        <w:t>n đi kèm s</w:t>
      </w:r>
      <w:r>
        <w:t>ẽ</w:t>
      </w:r>
      <w:r>
        <w:t xml:space="preserve"> giúp thi</w:t>
      </w:r>
      <w:r>
        <w:t>ế</w:t>
      </w:r>
      <w:r>
        <w:t>t b</w:t>
      </w:r>
      <w:r>
        <w:t>ị</w:t>
      </w:r>
      <w:r>
        <w:t xml:space="preserve"> ho</w:t>
      </w:r>
      <w:r>
        <w:t>ạ</w:t>
      </w:r>
      <w:r>
        <w:t>t đ</w:t>
      </w:r>
      <w:r>
        <w:t>ộ</w:t>
      </w:r>
      <w:r>
        <w:t xml:space="preserve">ng an toàn, </w:t>
      </w:r>
      <w:r>
        <w:t>ổ</w:t>
      </w:r>
      <w:r>
        <w:t>n đ</w:t>
      </w:r>
      <w:r>
        <w:t>ị</w:t>
      </w:r>
      <w:r>
        <w:t>nh và đ</w:t>
      </w:r>
      <w:r>
        <w:t>ạ</w:t>
      </w:r>
      <w:r>
        <w:t>t hi</w:t>
      </w:r>
      <w:r>
        <w:t>ệ</w:t>
      </w:r>
      <w:r>
        <w:t>u qu</w:t>
      </w:r>
      <w:r>
        <w:t>ả</w:t>
      </w:r>
      <w:r>
        <w:t xml:space="preserve"> cao trong th</w:t>
      </w:r>
      <w:r>
        <w:t>ự</w:t>
      </w:r>
      <w:r>
        <w:t>c t</w:t>
      </w:r>
      <w:r>
        <w:t>ế</w:t>
      </w:r>
      <w:r>
        <w:t>.</w:t>
      </w:r>
    </w:p>
    <w:p w14:paraId="7AA2712C" w14:textId="77777777" w:rsidR="008B550B" w:rsidRDefault="007539E0">
      <w:pPr>
        <w:spacing w:after="120"/>
      </w:pPr>
      <w:r>
        <w:rPr>
          <w:b/>
          <w:color w:val="0B1F3A"/>
        </w:rPr>
        <w:t>Thiên An Tools cung c</w:t>
      </w:r>
      <w:r>
        <w:rPr>
          <w:b/>
          <w:color w:val="0B1F3A"/>
        </w:rPr>
        <w:t>ấ</w:t>
      </w:r>
      <w:r>
        <w:rPr>
          <w:b/>
          <w:color w:val="0B1F3A"/>
        </w:rPr>
        <w:t>p các dòng kích th</w:t>
      </w:r>
      <w:r>
        <w:rPr>
          <w:b/>
          <w:color w:val="0B1F3A"/>
        </w:rPr>
        <w:t>ủ</w:t>
      </w:r>
      <w:r>
        <w:rPr>
          <w:b/>
          <w:color w:val="0B1F3A"/>
        </w:rPr>
        <w:t>y l</w:t>
      </w:r>
      <w:r>
        <w:rPr>
          <w:b/>
          <w:color w:val="0B1F3A"/>
        </w:rPr>
        <w:t>ự</w:t>
      </w:r>
      <w:r>
        <w:rPr>
          <w:b/>
          <w:color w:val="0B1F3A"/>
        </w:rPr>
        <w:t>c, bơm th</w:t>
      </w:r>
      <w:r>
        <w:rPr>
          <w:b/>
          <w:color w:val="0B1F3A"/>
        </w:rPr>
        <w:t>ủ</w:t>
      </w:r>
      <w:r>
        <w:rPr>
          <w:b/>
          <w:color w:val="0B1F3A"/>
        </w:rPr>
        <w:t>y l</w:t>
      </w:r>
      <w:r>
        <w:rPr>
          <w:b/>
          <w:color w:val="0B1F3A"/>
        </w:rPr>
        <w:t>ự</w:t>
      </w:r>
      <w:r>
        <w:rPr>
          <w:b/>
          <w:color w:val="0B1F3A"/>
        </w:rPr>
        <w:t>c, dây d</w:t>
      </w:r>
      <w:r>
        <w:rPr>
          <w:b/>
          <w:color w:val="0B1F3A"/>
        </w:rPr>
        <w:t>ầ</w:t>
      </w:r>
      <w:r>
        <w:rPr>
          <w:b/>
          <w:color w:val="0B1F3A"/>
        </w:rPr>
        <w:t>u, đ</w:t>
      </w:r>
      <w:r>
        <w:rPr>
          <w:b/>
          <w:color w:val="0B1F3A"/>
        </w:rPr>
        <w:t>ầ</w:t>
      </w:r>
      <w:r>
        <w:rPr>
          <w:b/>
          <w:color w:val="0B1F3A"/>
        </w:rPr>
        <w:t>u n</w:t>
      </w:r>
      <w:r>
        <w:rPr>
          <w:b/>
          <w:color w:val="0B1F3A"/>
        </w:rPr>
        <w:t>ố</w:t>
      </w:r>
      <w:r>
        <w:rPr>
          <w:b/>
          <w:color w:val="0B1F3A"/>
        </w:rPr>
        <w:t>i nhanh, đ</w:t>
      </w:r>
      <w:r>
        <w:rPr>
          <w:b/>
          <w:color w:val="0B1F3A"/>
        </w:rPr>
        <w:t>ồ</w:t>
      </w:r>
      <w:r>
        <w:rPr>
          <w:b/>
          <w:color w:val="0B1F3A"/>
        </w:rPr>
        <w:t>ng h</w:t>
      </w:r>
      <w:r>
        <w:rPr>
          <w:b/>
          <w:color w:val="0B1F3A"/>
        </w:rPr>
        <w:t>ồ</w:t>
      </w:r>
      <w:r>
        <w:rPr>
          <w:b/>
          <w:color w:val="0B1F3A"/>
        </w:rPr>
        <w:t xml:space="preserve"> áp su</w:t>
      </w:r>
      <w:r>
        <w:rPr>
          <w:b/>
          <w:color w:val="0B1F3A"/>
        </w:rPr>
        <w:t>ấ</w:t>
      </w:r>
      <w:r>
        <w:rPr>
          <w:b/>
          <w:color w:val="0B1F3A"/>
        </w:rPr>
        <w:t>t và ph</w:t>
      </w:r>
      <w:r>
        <w:rPr>
          <w:b/>
          <w:color w:val="0B1F3A"/>
        </w:rPr>
        <w:t>ụ</w:t>
      </w:r>
      <w:r>
        <w:rPr>
          <w:b/>
          <w:color w:val="0B1F3A"/>
        </w:rPr>
        <w:t xml:space="preserve"> ki</w:t>
      </w:r>
      <w:r>
        <w:rPr>
          <w:b/>
          <w:color w:val="0B1F3A"/>
        </w:rPr>
        <w:t>ệ</w:t>
      </w:r>
      <w:r>
        <w:rPr>
          <w:b/>
          <w:color w:val="0B1F3A"/>
        </w:rPr>
        <w:t>n th</w:t>
      </w:r>
      <w:r>
        <w:rPr>
          <w:b/>
          <w:color w:val="0B1F3A"/>
        </w:rPr>
        <w:t>ủ</w:t>
      </w:r>
      <w:r>
        <w:rPr>
          <w:b/>
          <w:color w:val="0B1F3A"/>
        </w:rPr>
        <w:t>y l</w:t>
      </w:r>
      <w:r>
        <w:rPr>
          <w:b/>
          <w:color w:val="0B1F3A"/>
        </w:rPr>
        <w:t>ự</w:t>
      </w:r>
      <w:r>
        <w:rPr>
          <w:b/>
          <w:color w:val="0B1F3A"/>
        </w:rPr>
        <w:t>c ph</w:t>
      </w:r>
      <w:r>
        <w:rPr>
          <w:b/>
          <w:color w:val="0B1F3A"/>
        </w:rPr>
        <w:t>ụ</w:t>
      </w:r>
      <w:r>
        <w:rPr>
          <w:b/>
          <w:color w:val="0B1F3A"/>
        </w:rPr>
        <w:t>c v</w:t>
      </w:r>
      <w:r>
        <w:rPr>
          <w:b/>
          <w:color w:val="0B1F3A"/>
        </w:rPr>
        <w:t>ụ</w:t>
      </w:r>
      <w:r>
        <w:rPr>
          <w:b/>
          <w:color w:val="0B1F3A"/>
        </w:rPr>
        <w:t xml:space="preserve"> cơ khí, xây d</w:t>
      </w:r>
      <w:r>
        <w:rPr>
          <w:b/>
          <w:color w:val="0B1F3A"/>
        </w:rPr>
        <w:t>ự</w:t>
      </w:r>
      <w:r>
        <w:rPr>
          <w:b/>
          <w:color w:val="0B1F3A"/>
        </w:rPr>
        <w:t>ng, nhà máy và công nghi</w:t>
      </w:r>
      <w:r>
        <w:rPr>
          <w:b/>
          <w:color w:val="0B1F3A"/>
        </w:rPr>
        <w:t>ệ</w:t>
      </w:r>
      <w:r>
        <w:rPr>
          <w:b/>
          <w:color w:val="0B1F3A"/>
        </w:rPr>
        <w:t>p n</w:t>
      </w:r>
      <w:r>
        <w:rPr>
          <w:b/>
          <w:color w:val="0B1F3A"/>
        </w:rPr>
        <w:t>ặ</w:t>
      </w:r>
      <w:r>
        <w:rPr>
          <w:b/>
          <w:color w:val="0B1F3A"/>
        </w:rPr>
        <w:t>ng.</w:t>
      </w:r>
    </w:p>
    <w:sectPr w:rsidR="008B550B" w:rsidSect="00034616">
      <w:headerReference w:type="default" r:id="rId12"/>
      <w:footerReference w:type="default" r:id="rId13"/>
      <w:pgSz w:w="12240" w:h="15840"/>
      <w:pgMar w:top="864" w:right="936" w:bottom="864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CF177" w14:textId="77777777" w:rsidR="007539E0" w:rsidRDefault="007539E0">
      <w:pPr>
        <w:spacing w:after="0" w:line="240" w:lineRule="auto"/>
      </w:pPr>
      <w:r>
        <w:separator/>
      </w:r>
    </w:p>
  </w:endnote>
  <w:endnote w:type="continuationSeparator" w:id="0">
    <w:p w14:paraId="33BFF1E5" w14:textId="77777777" w:rsidR="007539E0" w:rsidRDefault="0075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1182" w14:textId="77777777" w:rsidR="008B550B" w:rsidRDefault="007539E0">
    <w:pPr>
      <w:pStyle w:val="Footer"/>
      <w:jc w:val="center"/>
    </w:pPr>
    <w:r>
      <w:rPr>
        <w:color w:val="666666"/>
        <w:sz w:val="16"/>
      </w:rPr>
      <w:t>Tài li</w:t>
    </w:r>
    <w:r>
      <w:rPr>
        <w:color w:val="666666"/>
        <w:sz w:val="16"/>
      </w:rPr>
      <w:t>ệ</w:t>
    </w:r>
    <w:r>
      <w:rPr>
        <w:color w:val="666666"/>
        <w:sz w:val="16"/>
      </w:rPr>
      <w:t>u tham kh</w:t>
    </w:r>
    <w:r>
      <w:rPr>
        <w:color w:val="666666"/>
        <w:sz w:val="16"/>
      </w:rPr>
      <w:t>ả</w:t>
    </w:r>
    <w:r>
      <w:rPr>
        <w:color w:val="666666"/>
        <w:sz w:val="16"/>
      </w:rPr>
      <w:t>o k</w:t>
    </w:r>
    <w:r>
      <w:rPr>
        <w:color w:val="666666"/>
        <w:sz w:val="16"/>
      </w:rPr>
      <w:t>ỹ</w:t>
    </w:r>
    <w:r>
      <w:rPr>
        <w:color w:val="666666"/>
        <w:sz w:val="16"/>
      </w:rPr>
      <w:t xml:space="preserve"> thu</w:t>
    </w:r>
    <w:r>
      <w:rPr>
        <w:color w:val="666666"/>
        <w:sz w:val="16"/>
      </w:rPr>
      <w:t>ậ</w:t>
    </w:r>
    <w:r>
      <w:rPr>
        <w:color w:val="666666"/>
        <w:sz w:val="16"/>
      </w:rPr>
      <w:t>t - Kích th</w:t>
    </w:r>
    <w:r>
      <w:rPr>
        <w:color w:val="666666"/>
        <w:sz w:val="16"/>
      </w:rPr>
      <w:t>ủ</w:t>
    </w:r>
    <w:r>
      <w:rPr>
        <w:color w:val="666666"/>
        <w:sz w:val="16"/>
      </w:rPr>
      <w:t>y l</w:t>
    </w:r>
    <w:r>
      <w:rPr>
        <w:color w:val="666666"/>
        <w:sz w:val="16"/>
      </w:rPr>
      <w:t>ự</w:t>
    </w:r>
    <w:r>
      <w:rPr>
        <w:color w:val="666666"/>
        <w:sz w:val="16"/>
      </w:rPr>
      <w:t>c 1 chi</w:t>
    </w:r>
    <w:r>
      <w:rPr>
        <w:color w:val="666666"/>
        <w:sz w:val="16"/>
      </w:rPr>
      <w:t>ề</w:t>
    </w:r>
    <w:r>
      <w:rPr>
        <w:color w:val="666666"/>
        <w:sz w:val="16"/>
      </w:rPr>
      <w:t>u | thienantools.vn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0C777" w14:textId="77777777" w:rsidR="007539E0" w:rsidRDefault="007539E0">
      <w:pPr>
        <w:spacing w:after="0" w:line="240" w:lineRule="auto"/>
      </w:pPr>
      <w:r>
        <w:separator/>
      </w:r>
    </w:p>
  </w:footnote>
  <w:footnote w:type="continuationSeparator" w:id="0">
    <w:p w14:paraId="7A1B576E" w14:textId="77777777" w:rsidR="007539E0" w:rsidRDefault="0075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CAFA" w14:textId="77777777" w:rsidR="008B550B" w:rsidRDefault="007539E0">
    <w:pPr>
      <w:pStyle w:val="Header"/>
      <w:jc w:val="right"/>
    </w:pPr>
    <w:r>
      <w:rPr>
        <w:b/>
        <w:color w:val="B00000"/>
        <w:sz w:val="18"/>
      </w:rPr>
      <w:t>THIEN AN TOOLS - thienantools.vn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350DB"/>
    <w:rsid w:val="007539E0"/>
    <w:rsid w:val="008B550B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46DF00"/>
  <w14:defaultImageDpi w14:val="300"/>
  <w15:docId w15:val="{6AEC08BB-F534-4B0B-80DF-D93C1DF8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Đặng Hoài</cp:lastModifiedBy>
  <cp:revision>2</cp:revision>
  <dcterms:created xsi:type="dcterms:W3CDTF">2013-12-23T23:15:00Z</dcterms:created>
  <dcterms:modified xsi:type="dcterms:W3CDTF">2026-06-18T14:11:00Z</dcterms:modified>
  <cp:category/>
</cp:coreProperties>
</file>